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C4D50" w14:textId="77777777" w:rsidR="00FF6EEB" w:rsidRPr="00CA3295" w:rsidRDefault="008A360B">
      <w:pPr>
        <w:spacing w:before="40" w:after="40"/>
        <w:jc w:val="center"/>
        <w:rPr>
          <w:rFonts w:asciiTheme="majorHAnsi" w:hAnsiTheme="majorHAnsi" w:cstheme="majorHAnsi"/>
          <w:lang w:val="de-DE"/>
        </w:rPr>
      </w:pPr>
      <w:bookmarkStart w:id="0" w:name="_GoBack"/>
      <w:bookmarkEnd w:id="0"/>
      <w:r w:rsidRPr="00CA3295">
        <w:rPr>
          <w:rFonts w:asciiTheme="majorHAnsi" w:hAnsiTheme="majorHAnsi" w:cstheme="majorHAnsi"/>
          <w:b/>
          <w:color w:val="1F4E78"/>
          <w:sz w:val="38"/>
          <w:lang w:val="de-DE"/>
        </w:rPr>
        <w:t>PORTFOLIO ZUR PRÄSENTATIONSPRÜFUNG</w:t>
      </w:r>
    </w:p>
    <w:p w14:paraId="6C6EF7C3" w14:textId="77777777" w:rsidR="00FF6EEB" w:rsidRPr="00CA3295" w:rsidRDefault="008A360B">
      <w:pPr>
        <w:spacing w:after="200"/>
        <w:jc w:val="center"/>
        <w:rPr>
          <w:rFonts w:asciiTheme="majorHAnsi" w:hAnsiTheme="majorHAnsi" w:cstheme="majorHAnsi"/>
          <w:lang w:val="de-DE"/>
        </w:rPr>
      </w:pPr>
      <w:r w:rsidRPr="00CA3295">
        <w:rPr>
          <w:rFonts w:asciiTheme="majorHAnsi" w:hAnsiTheme="majorHAnsi" w:cstheme="majorHAnsi"/>
          <w:b/>
          <w:color w:val="243746"/>
          <w:sz w:val="26"/>
          <w:lang w:val="de-DE"/>
        </w:rPr>
        <w:t>Realschulabschluss · Jahrgangsstufe 10</w:t>
      </w:r>
    </w:p>
    <w:tbl>
      <w:tblPr>
        <w:tblW w:w="0" w:type="auto"/>
        <w:jc w:val="center"/>
        <w:tblLayout w:type="fixed"/>
        <w:tblLook w:val="04A0" w:firstRow="1" w:lastRow="0" w:firstColumn="1" w:lastColumn="0" w:noHBand="0" w:noVBand="1"/>
      </w:tblPr>
      <w:tblGrid>
        <w:gridCol w:w="10256"/>
      </w:tblGrid>
      <w:tr w:rsidR="00FF6EEB" w:rsidRPr="00CA3295" w14:paraId="1300623B" w14:textId="77777777">
        <w:trPr>
          <w:cantSplit/>
          <w:jc w:val="center"/>
        </w:trPr>
        <w:tc>
          <w:tcPr>
            <w:tcW w:w="10256" w:type="dxa"/>
            <w:tcBorders>
              <w:top w:val="single" w:sz="7" w:space="0" w:color="7E9DB9"/>
              <w:left w:val="single" w:sz="7" w:space="0" w:color="7E9DB9"/>
              <w:bottom w:val="single" w:sz="7" w:space="0" w:color="7E9DB9"/>
              <w:right w:val="single" w:sz="7" w:space="0" w:color="7E9DB9"/>
            </w:tcBorders>
            <w:shd w:val="clear" w:color="auto" w:fill="EEF5F9"/>
            <w:tcMar>
              <w:top w:w="100" w:type="dxa"/>
              <w:left w:w="110" w:type="dxa"/>
              <w:bottom w:w="100" w:type="dxa"/>
              <w:right w:w="110" w:type="dxa"/>
            </w:tcMar>
          </w:tcPr>
          <w:p w14:paraId="7823DDC9"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1F4E78"/>
                <w:lang w:val="de-DE"/>
              </w:rPr>
              <w:t xml:space="preserve">Wichtig: </w:t>
            </w:r>
            <w:r w:rsidRPr="00CA3295">
              <w:rPr>
                <w:rFonts w:asciiTheme="majorHAnsi" w:hAnsiTheme="majorHAnsi" w:cstheme="majorHAnsi"/>
                <w:lang w:val="de-DE"/>
              </w:rPr>
              <w:t>Dieses Portfolio dokumentiert deinen Vorbereitungsprozess. Es wird nicht bewertet. Es dient der Vorbereitung deiner Präsentation und möglicher Nachfragen. Ein Portfolio mit den vorgeschriebenen Mindestbestandteilen muss fristgerecht abgegeben werden.</w:t>
            </w:r>
          </w:p>
        </w:tc>
      </w:tr>
    </w:tbl>
    <w:p w14:paraId="10C52ECE" w14:textId="77777777" w:rsidR="00FF6EEB" w:rsidRPr="00CA3295" w:rsidRDefault="008A360B">
      <w:pPr>
        <w:spacing w:before="140"/>
        <w:rPr>
          <w:rFonts w:asciiTheme="majorHAnsi" w:hAnsiTheme="majorHAnsi" w:cstheme="majorHAnsi"/>
          <w:lang w:val="de-DE"/>
        </w:rPr>
      </w:pPr>
      <w:r w:rsidRPr="00CA3295">
        <w:rPr>
          <w:rFonts w:asciiTheme="majorHAnsi" w:hAnsiTheme="majorHAnsi" w:cstheme="majorHAnsi"/>
          <w:b/>
          <w:color w:val="1F4E78"/>
          <w:sz w:val="26"/>
          <w:lang w:val="de-DE"/>
        </w:rPr>
        <w:t>Angaben zur Schülerin / zum Schüler</w:t>
      </w:r>
    </w:p>
    <w:tbl>
      <w:tblPr>
        <w:tblW w:w="0" w:type="auto"/>
        <w:jc w:val="center"/>
        <w:tblLayout w:type="fixed"/>
        <w:tblLook w:val="04A0" w:firstRow="1" w:lastRow="0" w:firstColumn="1" w:lastColumn="0" w:noHBand="0" w:noVBand="1"/>
      </w:tblPr>
      <w:tblGrid>
        <w:gridCol w:w="1927"/>
        <w:gridCol w:w="2948"/>
        <w:gridCol w:w="1927"/>
        <w:gridCol w:w="2948"/>
      </w:tblGrid>
      <w:tr w:rsidR="00FF6EEB" w:rsidRPr="00CA3295" w14:paraId="2D59341E" w14:textId="77777777">
        <w:trPr>
          <w:cantSplit/>
          <w:trHeight w:val="538"/>
          <w:jc w:val="center"/>
        </w:trPr>
        <w:tc>
          <w:tcPr>
            <w:tcW w:w="1927"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77A13F3E"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243746"/>
                <w:sz w:val="20"/>
                <w:lang w:val="de-DE"/>
              </w:rPr>
              <w:t>Name</w:t>
            </w:r>
          </w:p>
        </w:tc>
        <w:tc>
          <w:tcPr>
            <w:tcW w:w="294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00042663" w14:textId="77777777" w:rsidR="00FF6EEB" w:rsidRPr="00CA3295" w:rsidRDefault="00FF6EEB">
            <w:pPr>
              <w:spacing w:after="0"/>
              <w:rPr>
                <w:rFonts w:asciiTheme="majorHAnsi" w:hAnsiTheme="majorHAnsi" w:cstheme="majorHAnsi"/>
                <w:lang w:val="de-DE"/>
              </w:rPr>
            </w:pPr>
          </w:p>
        </w:tc>
        <w:tc>
          <w:tcPr>
            <w:tcW w:w="1927"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3A4156FE"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243746"/>
                <w:sz w:val="20"/>
                <w:lang w:val="de-DE"/>
              </w:rPr>
              <w:t>Klasse</w:t>
            </w:r>
          </w:p>
        </w:tc>
        <w:tc>
          <w:tcPr>
            <w:tcW w:w="294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7B31C7F" w14:textId="77777777" w:rsidR="00FF6EEB" w:rsidRPr="00CA3295" w:rsidRDefault="00FF6EEB">
            <w:pPr>
              <w:spacing w:after="0"/>
              <w:rPr>
                <w:rFonts w:asciiTheme="majorHAnsi" w:hAnsiTheme="majorHAnsi" w:cstheme="majorHAnsi"/>
                <w:lang w:val="de-DE"/>
              </w:rPr>
            </w:pPr>
          </w:p>
        </w:tc>
      </w:tr>
      <w:tr w:rsidR="00FF6EEB" w:rsidRPr="00CA3295" w14:paraId="2C5084D4" w14:textId="77777777">
        <w:trPr>
          <w:cantSplit/>
          <w:trHeight w:val="538"/>
          <w:jc w:val="center"/>
        </w:trPr>
        <w:tc>
          <w:tcPr>
            <w:tcW w:w="1927"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52311FAA"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243746"/>
                <w:sz w:val="20"/>
                <w:lang w:val="de-DE"/>
              </w:rPr>
              <w:t>Prüfungsfach</w:t>
            </w:r>
          </w:p>
        </w:tc>
        <w:tc>
          <w:tcPr>
            <w:tcW w:w="294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198A283" w14:textId="77777777" w:rsidR="00FF6EEB" w:rsidRPr="00CA3295" w:rsidRDefault="00FF6EEB">
            <w:pPr>
              <w:spacing w:after="0"/>
              <w:rPr>
                <w:rFonts w:asciiTheme="majorHAnsi" w:hAnsiTheme="majorHAnsi" w:cstheme="majorHAnsi"/>
                <w:lang w:val="de-DE"/>
              </w:rPr>
            </w:pPr>
          </w:p>
        </w:tc>
        <w:tc>
          <w:tcPr>
            <w:tcW w:w="1927"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179F48B2"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243746"/>
                <w:sz w:val="20"/>
                <w:lang w:val="de-DE"/>
              </w:rPr>
              <w:t>Beratende Lehrkraft</w:t>
            </w:r>
          </w:p>
        </w:tc>
        <w:tc>
          <w:tcPr>
            <w:tcW w:w="294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4B4849E" w14:textId="77777777" w:rsidR="00FF6EEB" w:rsidRPr="00CA3295" w:rsidRDefault="00FF6EEB">
            <w:pPr>
              <w:spacing w:after="0"/>
              <w:rPr>
                <w:rFonts w:asciiTheme="majorHAnsi" w:hAnsiTheme="majorHAnsi" w:cstheme="majorHAnsi"/>
                <w:lang w:val="de-DE"/>
              </w:rPr>
            </w:pPr>
          </w:p>
        </w:tc>
      </w:tr>
      <w:tr w:rsidR="00FF6EEB" w:rsidRPr="00CA3295" w14:paraId="297665BF" w14:textId="77777777">
        <w:trPr>
          <w:cantSplit/>
          <w:trHeight w:val="538"/>
          <w:jc w:val="center"/>
        </w:trPr>
        <w:tc>
          <w:tcPr>
            <w:tcW w:w="1927"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28049448"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243746"/>
                <w:sz w:val="20"/>
                <w:lang w:val="de-DE"/>
              </w:rPr>
              <w:t>Genehmigtes Thema</w:t>
            </w:r>
          </w:p>
        </w:tc>
        <w:tc>
          <w:tcPr>
            <w:tcW w:w="2948" w:type="dxa"/>
            <w:gridSpan w:val="3"/>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2B94AC6" w14:textId="77777777" w:rsidR="00FF6EEB" w:rsidRPr="00CA3295" w:rsidRDefault="00FF6EEB">
            <w:pPr>
              <w:spacing w:after="0"/>
              <w:rPr>
                <w:rFonts w:asciiTheme="majorHAnsi" w:hAnsiTheme="majorHAnsi" w:cstheme="majorHAnsi"/>
                <w:lang w:val="de-DE"/>
              </w:rPr>
            </w:pPr>
          </w:p>
        </w:tc>
      </w:tr>
      <w:tr w:rsidR="00FF6EEB" w:rsidRPr="00CA3295" w14:paraId="1E4E83C8" w14:textId="77777777">
        <w:trPr>
          <w:cantSplit/>
          <w:trHeight w:val="538"/>
          <w:jc w:val="center"/>
        </w:trPr>
        <w:tc>
          <w:tcPr>
            <w:tcW w:w="1927"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3E2A25BB"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243746"/>
                <w:sz w:val="20"/>
                <w:lang w:val="de-DE"/>
              </w:rPr>
              <w:t>Abgabe Portfolio</w:t>
            </w:r>
          </w:p>
        </w:tc>
        <w:tc>
          <w:tcPr>
            <w:tcW w:w="294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1F64C80" w14:textId="77777777" w:rsidR="00FF6EEB" w:rsidRPr="00CA3295" w:rsidRDefault="00FF6EEB">
            <w:pPr>
              <w:spacing w:after="0"/>
              <w:rPr>
                <w:rFonts w:asciiTheme="majorHAnsi" w:hAnsiTheme="majorHAnsi" w:cstheme="majorHAnsi"/>
                <w:lang w:val="de-DE"/>
              </w:rPr>
            </w:pPr>
          </w:p>
        </w:tc>
        <w:tc>
          <w:tcPr>
            <w:tcW w:w="1927"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10E1B4FA" w14:textId="21B4C054"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243746"/>
                <w:sz w:val="20"/>
                <w:lang w:val="de-DE"/>
              </w:rPr>
              <w:t>Prüfungs</w:t>
            </w:r>
            <w:r w:rsidR="00CA3295">
              <w:rPr>
                <w:rFonts w:asciiTheme="majorHAnsi" w:hAnsiTheme="majorHAnsi" w:cstheme="majorHAnsi"/>
                <w:b/>
                <w:color w:val="243746"/>
                <w:sz w:val="20"/>
                <w:lang w:val="de-DE"/>
              </w:rPr>
              <w:t>zeitraum</w:t>
            </w:r>
          </w:p>
        </w:tc>
        <w:tc>
          <w:tcPr>
            <w:tcW w:w="294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DE892A4" w14:textId="0E9638B2" w:rsidR="00FF6EEB" w:rsidRPr="00CA3295" w:rsidRDefault="00FF6EEB">
            <w:pPr>
              <w:spacing w:after="0"/>
              <w:rPr>
                <w:rFonts w:asciiTheme="majorHAnsi" w:hAnsiTheme="majorHAnsi" w:cstheme="majorHAnsi"/>
                <w:lang w:val="de-DE"/>
              </w:rPr>
            </w:pPr>
          </w:p>
        </w:tc>
      </w:tr>
    </w:tbl>
    <w:p w14:paraId="45226034" w14:textId="77777777" w:rsidR="00FF6EEB" w:rsidRPr="00CA3295" w:rsidRDefault="008A360B">
      <w:pPr>
        <w:spacing w:before="140"/>
        <w:rPr>
          <w:rFonts w:asciiTheme="majorHAnsi" w:hAnsiTheme="majorHAnsi" w:cstheme="majorHAnsi"/>
          <w:lang w:val="de-DE"/>
        </w:rPr>
      </w:pPr>
      <w:r w:rsidRPr="00CA3295">
        <w:rPr>
          <w:rFonts w:asciiTheme="majorHAnsi" w:hAnsiTheme="majorHAnsi" w:cstheme="majorHAnsi"/>
          <w:b/>
          <w:color w:val="1F4E78"/>
          <w:sz w:val="26"/>
          <w:lang w:val="de-DE"/>
        </w:rPr>
        <w:t>Verbindlicher Rahmen</w:t>
      </w:r>
    </w:p>
    <w:tbl>
      <w:tblPr>
        <w:tblW w:w="0" w:type="auto"/>
        <w:jc w:val="center"/>
        <w:tblLayout w:type="fixed"/>
        <w:tblLook w:val="04A0" w:firstRow="1" w:lastRow="0" w:firstColumn="1" w:lastColumn="0" w:noHBand="0" w:noVBand="1"/>
      </w:tblPr>
      <w:tblGrid>
        <w:gridCol w:w="623"/>
        <w:gridCol w:w="9127"/>
      </w:tblGrid>
      <w:tr w:rsidR="00FF6EEB" w:rsidRPr="00CA3295" w14:paraId="60FAA9F0" w14:textId="77777777">
        <w:trPr>
          <w:cantSplit/>
          <w:trHeight w:val="408"/>
          <w:jc w:val="center"/>
        </w:trPr>
        <w:tc>
          <w:tcPr>
            <w:tcW w:w="623"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52D18ED8"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1F4E78"/>
                <w:sz w:val="20"/>
                <w:lang w:val="de-DE"/>
              </w:rPr>
              <w:t>1</w:t>
            </w:r>
          </w:p>
        </w:tc>
        <w:tc>
          <w:tcPr>
            <w:tcW w:w="912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C61DA25"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sz w:val="20"/>
                <w:lang w:val="de-DE"/>
              </w:rPr>
              <w:t>Kurzbeschreibung der Fragestellung und des Ziels</w:t>
            </w:r>
          </w:p>
        </w:tc>
      </w:tr>
      <w:tr w:rsidR="00FF6EEB" w:rsidRPr="00CA3295" w14:paraId="46D4727F" w14:textId="77777777">
        <w:trPr>
          <w:cantSplit/>
          <w:trHeight w:val="408"/>
          <w:jc w:val="center"/>
        </w:trPr>
        <w:tc>
          <w:tcPr>
            <w:tcW w:w="623"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0B5636A1"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1F4E78"/>
                <w:sz w:val="20"/>
                <w:lang w:val="de-DE"/>
              </w:rPr>
              <w:t>2</w:t>
            </w:r>
          </w:p>
        </w:tc>
        <w:tc>
          <w:tcPr>
            <w:tcW w:w="912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057A7B2F"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sz w:val="20"/>
                <w:lang w:val="de-DE"/>
              </w:rPr>
              <w:t>Gliederung der geplanten Präsentation</w:t>
            </w:r>
          </w:p>
        </w:tc>
      </w:tr>
      <w:tr w:rsidR="00FF6EEB" w:rsidRPr="00CA3295" w14:paraId="6ECD34BC" w14:textId="77777777">
        <w:trPr>
          <w:cantSplit/>
          <w:trHeight w:val="408"/>
          <w:jc w:val="center"/>
        </w:trPr>
        <w:tc>
          <w:tcPr>
            <w:tcW w:w="623"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5F39435B"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1F4E78"/>
                <w:sz w:val="20"/>
                <w:lang w:val="de-DE"/>
              </w:rPr>
              <w:t>3</w:t>
            </w:r>
          </w:p>
        </w:tc>
        <w:tc>
          <w:tcPr>
            <w:tcW w:w="912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2D9F65E" w14:textId="032FF836" w:rsidR="00FF6EEB" w:rsidRPr="00CA3295" w:rsidRDefault="008A360B">
            <w:pPr>
              <w:spacing w:after="0"/>
              <w:rPr>
                <w:rFonts w:asciiTheme="majorHAnsi" w:hAnsiTheme="majorHAnsi" w:cstheme="majorHAnsi"/>
                <w:lang w:val="de-DE"/>
              </w:rPr>
            </w:pPr>
            <w:r w:rsidRPr="00CA3295">
              <w:rPr>
                <w:rFonts w:asciiTheme="majorHAnsi" w:hAnsiTheme="majorHAnsi" w:cstheme="majorHAnsi"/>
                <w:sz w:val="20"/>
                <w:lang w:val="de-DE"/>
              </w:rPr>
              <w:t>Dokumentation des Arbeits- und Rechercheprozesses</w:t>
            </w:r>
            <w:r w:rsidR="00696E52">
              <w:rPr>
                <w:rFonts w:asciiTheme="majorHAnsi" w:hAnsiTheme="majorHAnsi" w:cstheme="majorHAnsi"/>
                <w:sz w:val="20"/>
                <w:lang w:val="de-DE"/>
              </w:rPr>
              <w:t xml:space="preserve"> (</w:t>
            </w:r>
            <w:r w:rsidR="00696E52" w:rsidRPr="00696E52">
              <w:rPr>
                <w:rFonts w:asciiTheme="majorHAnsi" w:hAnsiTheme="majorHAnsi" w:cstheme="majorHAnsi"/>
                <w:b/>
                <w:bCs/>
                <w:sz w:val="20"/>
                <w:lang w:val="de-DE"/>
              </w:rPr>
              <w:t>optional nicht verpflichtend</w:t>
            </w:r>
            <w:r w:rsidR="00696E52">
              <w:rPr>
                <w:rFonts w:asciiTheme="majorHAnsi" w:hAnsiTheme="majorHAnsi" w:cstheme="majorHAnsi"/>
                <w:b/>
                <w:bCs/>
                <w:sz w:val="20"/>
                <w:lang w:val="de-DE"/>
              </w:rPr>
              <w:t>)</w:t>
            </w:r>
          </w:p>
        </w:tc>
      </w:tr>
      <w:tr w:rsidR="00FF6EEB" w:rsidRPr="00CA3295" w14:paraId="3131B515" w14:textId="77777777">
        <w:trPr>
          <w:cantSplit/>
          <w:trHeight w:val="408"/>
          <w:jc w:val="center"/>
        </w:trPr>
        <w:tc>
          <w:tcPr>
            <w:tcW w:w="623"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516D002A"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1F4E78"/>
                <w:sz w:val="20"/>
                <w:lang w:val="de-DE"/>
              </w:rPr>
              <w:t>4</w:t>
            </w:r>
          </w:p>
        </w:tc>
        <w:tc>
          <w:tcPr>
            <w:tcW w:w="912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DAC2C70"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sz w:val="20"/>
                <w:lang w:val="de-DE"/>
              </w:rPr>
              <w:t>Vollständige Angabe der verwendeten Quellen</w:t>
            </w:r>
          </w:p>
        </w:tc>
      </w:tr>
      <w:tr w:rsidR="00FF6EEB" w:rsidRPr="00CA3295" w14:paraId="6DFE1944" w14:textId="77777777">
        <w:trPr>
          <w:cantSplit/>
          <w:trHeight w:val="408"/>
          <w:jc w:val="center"/>
        </w:trPr>
        <w:tc>
          <w:tcPr>
            <w:tcW w:w="623"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5AFCABC9"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1F4E78"/>
                <w:sz w:val="20"/>
                <w:lang w:val="de-DE"/>
              </w:rPr>
              <w:t>5</w:t>
            </w:r>
          </w:p>
        </w:tc>
        <w:tc>
          <w:tcPr>
            <w:tcW w:w="912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A5730F6"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sz w:val="20"/>
                <w:lang w:val="de-DE"/>
              </w:rPr>
              <w:t>Angabe verwendeter Hilfsmittel und digitaler Werkzeuge (einschließlich KI, sofern genutzt)</w:t>
            </w:r>
          </w:p>
        </w:tc>
      </w:tr>
      <w:tr w:rsidR="00FF6EEB" w:rsidRPr="00CA3295" w14:paraId="720221EB" w14:textId="77777777">
        <w:trPr>
          <w:cantSplit/>
          <w:trHeight w:val="408"/>
          <w:jc w:val="center"/>
        </w:trPr>
        <w:tc>
          <w:tcPr>
            <w:tcW w:w="623"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481C45FB"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1F4E78"/>
                <w:sz w:val="20"/>
                <w:lang w:val="de-DE"/>
              </w:rPr>
              <w:t>6</w:t>
            </w:r>
          </w:p>
        </w:tc>
        <w:tc>
          <w:tcPr>
            <w:tcW w:w="912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FB586D2"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sz w:val="20"/>
                <w:lang w:val="de-DE"/>
              </w:rPr>
              <w:t>Anlagen nur, wenn sie für den Arbeitsprozess sinnvoll sind (optional)</w:t>
            </w:r>
          </w:p>
        </w:tc>
      </w:tr>
    </w:tbl>
    <w:p w14:paraId="56DC297C" w14:textId="77777777" w:rsidR="00FF6EEB" w:rsidRPr="00CA3295" w:rsidRDefault="008A360B">
      <w:pPr>
        <w:spacing w:before="160" w:after="60"/>
        <w:rPr>
          <w:rFonts w:asciiTheme="majorHAnsi" w:hAnsiTheme="majorHAnsi" w:cstheme="majorHAnsi"/>
          <w:lang w:val="de-DE"/>
        </w:rPr>
      </w:pPr>
      <w:r w:rsidRPr="00CA3295">
        <w:rPr>
          <w:rFonts w:asciiTheme="majorHAnsi" w:hAnsiTheme="majorHAnsi" w:cstheme="majorHAnsi"/>
          <w:b/>
          <w:color w:val="1F4E78"/>
          <w:sz w:val="22"/>
          <w:lang w:val="de-DE"/>
        </w:rPr>
        <w:t>Hinweise zum Ausfüllen</w:t>
      </w:r>
    </w:p>
    <w:p w14:paraId="5730504A" w14:textId="77777777" w:rsidR="00FF6EEB" w:rsidRPr="00CA3295" w:rsidRDefault="008A360B">
      <w:pPr>
        <w:spacing w:after="40"/>
        <w:ind w:left="198" w:hanging="113"/>
        <w:rPr>
          <w:rFonts w:asciiTheme="majorHAnsi" w:hAnsiTheme="majorHAnsi" w:cstheme="majorHAnsi"/>
          <w:lang w:val="de-DE"/>
        </w:rPr>
      </w:pPr>
      <w:r w:rsidRPr="00CA3295">
        <w:rPr>
          <w:rFonts w:asciiTheme="majorHAnsi" w:hAnsiTheme="majorHAnsi" w:cstheme="majorHAnsi"/>
          <w:color w:val="1F4E78"/>
          <w:lang w:val="de-DE"/>
        </w:rPr>
        <w:t xml:space="preserve">• </w:t>
      </w:r>
      <w:r w:rsidRPr="00CA3295">
        <w:rPr>
          <w:rFonts w:asciiTheme="majorHAnsi" w:hAnsiTheme="majorHAnsi" w:cstheme="majorHAnsi"/>
          <w:lang w:val="de-DE"/>
        </w:rPr>
        <w:t>Schreibe knapp und verständlich. Das Portfolio ist keine Hausarbeit.</w:t>
      </w:r>
    </w:p>
    <w:p w14:paraId="73850357" w14:textId="77777777" w:rsidR="00FF6EEB" w:rsidRPr="00CA3295" w:rsidRDefault="008A360B">
      <w:pPr>
        <w:spacing w:after="40"/>
        <w:ind w:left="198" w:hanging="113"/>
        <w:rPr>
          <w:rFonts w:asciiTheme="majorHAnsi" w:hAnsiTheme="majorHAnsi" w:cstheme="majorHAnsi"/>
          <w:lang w:val="de-DE"/>
        </w:rPr>
      </w:pPr>
      <w:r w:rsidRPr="00CA3295">
        <w:rPr>
          <w:rFonts w:asciiTheme="majorHAnsi" w:hAnsiTheme="majorHAnsi" w:cstheme="majorHAnsi"/>
          <w:color w:val="1F4E78"/>
          <w:lang w:val="de-DE"/>
        </w:rPr>
        <w:t xml:space="preserve">• </w:t>
      </w:r>
      <w:r w:rsidRPr="00CA3295">
        <w:rPr>
          <w:rFonts w:asciiTheme="majorHAnsi" w:hAnsiTheme="majorHAnsi" w:cstheme="majorHAnsi"/>
          <w:lang w:val="de-DE"/>
        </w:rPr>
        <w:t>Dokumentiere deinen tatsächlichen Arbeitsweg – auch Änderungen und verworfene Ideen können dazugehören.</w:t>
      </w:r>
    </w:p>
    <w:p w14:paraId="50DE265A" w14:textId="77777777" w:rsidR="00FF6EEB" w:rsidRPr="00CA3295" w:rsidRDefault="008A360B">
      <w:pPr>
        <w:spacing w:after="40"/>
        <w:ind w:left="198" w:hanging="113"/>
        <w:rPr>
          <w:rFonts w:asciiTheme="majorHAnsi" w:hAnsiTheme="majorHAnsi" w:cstheme="majorHAnsi"/>
          <w:lang w:val="de-DE"/>
        </w:rPr>
      </w:pPr>
      <w:r w:rsidRPr="00CA3295">
        <w:rPr>
          <w:rFonts w:asciiTheme="majorHAnsi" w:hAnsiTheme="majorHAnsi" w:cstheme="majorHAnsi"/>
          <w:color w:val="1F4E78"/>
          <w:lang w:val="de-DE"/>
        </w:rPr>
        <w:t xml:space="preserve">• </w:t>
      </w:r>
      <w:r w:rsidRPr="00CA3295">
        <w:rPr>
          <w:rFonts w:asciiTheme="majorHAnsi" w:hAnsiTheme="majorHAnsi" w:cstheme="majorHAnsi"/>
          <w:lang w:val="de-DE"/>
        </w:rPr>
        <w:t>Quellen müssen so angegeben sein, dass sie wiedergefunden werden können.</w:t>
      </w:r>
    </w:p>
    <w:p w14:paraId="75722D5F" w14:textId="77777777" w:rsidR="00FF6EEB" w:rsidRPr="00CA3295" w:rsidRDefault="008A360B">
      <w:pPr>
        <w:spacing w:after="40"/>
        <w:ind w:left="198" w:hanging="113"/>
        <w:rPr>
          <w:rFonts w:asciiTheme="majorHAnsi" w:hAnsiTheme="majorHAnsi" w:cstheme="majorHAnsi"/>
          <w:lang w:val="de-DE"/>
        </w:rPr>
      </w:pPr>
      <w:r w:rsidRPr="00CA3295">
        <w:rPr>
          <w:rFonts w:asciiTheme="majorHAnsi" w:hAnsiTheme="majorHAnsi" w:cstheme="majorHAnsi"/>
          <w:color w:val="1F4E78"/>
          <w:lang w:val="de-DE"/>
        </w:rPr>
        <w:t xml:space="preserve">• </w:t>
      </w:r>
      <w:r w:rsidRPr="00CA3295">
        <w:rPr>
          <w:rFonts w:asciiTheme="majorHAnsi" w:hAnsiTheme="majorHAnsi" w:cstheme="majorHAnsi"/>
          <w:lang w:val="de-DE"/>
        </w:rPr>
        <w:t>Wenn du KI oder andere digitale Werkzeuge nutzt, gib transparent an, wofür du sie eingesetzt hast.</w:t>
      </w:r>
    </w:p>
    <w:p w14:paraId="38439E2F" w14:textId="77777777" w:rsidR="00FF6EEB" w:rsidRPr="00CA3295" w:rsidRDefault="008A360B">
      <w:pPr>
        <w:rPr>
          <w:rFonts w:asciiTheme="majorHAnsi" w:hAnsiTheme="majorHAnsi" w:cstheme="majorHAnsi"/>
          <w:lang w:val="de-DE"/>
        </w:rPr>
      </w:pPr>
      <w:r w:rsidRPr="00CA3295">
        <w:rPr>
          <w:rFonts w:asciiTheme="majorHAnsi" w:hAnsiTheme="majorHAnsi" w:cstheme="majorHAnsi"/>
          <w:lang w:val="de-DE"/>
        </w:rPr>
        <w:br w:type="page"/>
      </w:r>
    </w:p>
    <w:p w14:paraId="1518308B" w14:textId="77777777" w:rsidR="00FF6EEB" w:rsidRPr="00CA3295" w:rsidRDefault="008A360B">
      <w:pPr>
        <w:spacing w:after="120"/>
        <w:rPr>
          <w:rFonts w:asciiTheme="majorHAnsi" w:hAnsiTheme="majorHAnsi" w:cstheme="majorHAnsi"/>
          <w:color w:val="4F81BD" w:themeColor="accent1"/>
          <w:sz w:val="26"/>
          <w:szCs w:val="26"/>
          <w:lang w:val="de-DE"/>
        </w:rPr>
      </w:pPr>
      <w:r w:rsidRPr="00CA3295">
        <w:rPr>
          <w:rFonts w:asciiTheme="majorHAnsi" w:hAnsiTheme="majorHAnsi" w:cstheme="majorHAnsi"/>
          <w:b/>
          <w:color w:val="4F81BD" w:themeColor="accent1"/>
          <w:sz w:val="26"/>
          <w:szCs w:val="26"/>
          <w:lang w:val="de-DE"/>
        </w:rPr>
        <w:lastRenderedPageBreak/>
        <w:t>1 · FRAGESTELLUNG UND ZIEL</w:t>
      </w:r>
    </w:p>
    <w:tbl>
      <w:tblPr>
        <w:tblW w:w="0" w:type="auto"/>
        <w:jc w:val="center"/>
        <w:tblLayout w:type="fixed"/>
        <w:tblLook w:val="04A0" w:firstRow="1" w:lastRow="0" w:firstColumn="1" w:lastColumn="0" w:noHBand="0" w:noVBand="1"/>
      </w:tblPr>
      <w:tblGrid>
        <w:gridCol w:w="10256"/>
      </w:tblGrid>
      <w:tr w:rsidR="00FF6EEB" w:rsidRPr="00CA3295" w14:paraId="681D3ACB" w14:textId="77777777">
        <w:trPr>
          <w:cantSplit/>
          <w:trHeight w:val="765"/>
          <w:jc w:val="center"/>
        </w:trPr>
        <w:tc>
          <w:tcPr>
            <w:tcW w:w="10256" w:type="dxa"/>
            <w:tcBorders>
              <w:top w:val="single" w:sz="6" w:space="0" w:color="7E9DB9"/>
              <w:left w:val="single" w:sz="6" w:space="0" w:color="7E9DB9"/>
              <w:bottom w:val="single" w:sz="6" w:space="0" w:color="7E9DB9"/>
              <w:right w:val="single" w:sz="6" w:space="0" w:color="7E9DB9"/>
            </w:tcBorders>
            <w:tcMar>
              <w:top w:w="110" w:type="dxa"/>
              <w:left w:w="110" w:type="dxa"/>
              <w:bottom w:w="110" w:type="dxa"/>
              <w:right w:w="110" w:type="dxa"/>
            </w:tcMar>
          </w:tcPr>
          <w:p w14:paraId="5C0AF233"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1F4E78"/>
                <w:lang w:val="de-DE"/>
              </w:rPr>
              <w:t>Genehmigtes Thema</w:t>
            </w:r>
          </w:p>
          <w:p w14:paraId="517B867F" w14:textId="77777777" w:rsidR="00FF6EEB" w:rsidRPr="00CA3295" w:rsidRDefault="008A360B">
            <w:pPr>
              <w:spacing w:after="0"/>
              <w:rPr>
                <w:rFonts w:asciiTheme="majorHAnsi" w:hAnsiTheme="majorHAnsi" w:cstheme="majorHAnsi"/>
                <w:i/>
                <w:color w:val="5A646E"/>
                <w:sz w:val="18"/>
                <w:lang w:val="de-DE"/>
              </w:rPr>
            </w:pPr>
            <w:r w:rsidRPr="00CA3295">
              <w:rPr>
                <w:rFonts w:asciiTheme="majorHAnsi" w:hAnsiTheme="majorHAnsi" w:cstheme="majorHAnsi"/>
                <w:i/>
                <w:color w:val="5A646E"/>
                <w:sz w:val="18"/>
                <w:lang w:val="de-DE"/>
              </w:rPr>
              <w:t>Übernimm hier das genehmigte Thema aus deinem Themenantrag.</w:t>
            </w:r>
          </w:p>
          <w:p w14:paraId="2AFA8717" w14:textId="2A59C8DD" w:rsidR="00CA3295" w:rsidRPr="00CA3295" w:rsidRDefault="00CA3295">
            <w:pPr>
              <w:spacing w:after="0"/>
              <w:rPr>
                <w:rFonts w:asciiTheme="majorHAnsi" w:hAnsiTheme="majorHAnsi" w:cstheme="majorHAnsi"/>
                <w:lang w:val="de-DE"/>
              </w:rPr>
            </w:pPr>
          </w:p>
        </w:tc>
      </w:tr>
    </w:tbl>
    <w:p w14:paraId="44657BDA" w14:textId="77777777" w:rsidR="00FF6EEB" w:rsidRPr="00CA3295" w:rsidRDefault="00FF6EEB">
      <w:pPr>
        <w:spacing w:after="20"/>
        <w:rPr>
          <w:rFonts w:asciiTheme="majorHAnsi" w:hAnsiTheme="majorHAnsi" w:cstheme="majorHAnsi"/>
          <w:lang w:val="de-DE"/>
        </w:rPr>
      </w:pPr>
    </w:p>
    <w:tbl>
      <w:tblPr>
        <w:tblW w:w="0" w:type="auto"/>
        <w:jc w:val="center"/>
        <w:tblLayout w:type="fixed"/>
        <w:tblLook w:val="04A0" w:firstRow="1" w:lastRow="0" w:firstColumn="1" w:lastColumn="0" w:noHBand="0" w:noVBand="1"/>
      </w:tblPr>
      <w:tblGrid>
        <w:gridCol w:w="10256"/>
      </w:tblGrid>
      <w:tr w:rsidR="00FF6EEB" w:rsidRPr="00CA3295" w14:paraId="4D7EC3AB" w14:textId="77777777">
        <w:trPr>
          <w:cantSplit/>
          <w:trHeight w:val="878"/>
          <w:jc w:val="center"/>
        </w:trPr>
        <w:tc>
          <w:tcPr>
            <w:tcW w:w="10256" w:type="dxa"/>
            <w:tcBorders>
              <w:top w:val="single" w:sz="6" w:space="0" w:color="7E9DB9"/>
              <w:left w:val="single" w:sz="6" w:space="0" w:color="7E9DB9"/>
              <w:bottom w:val="single" w:sz="6" w:space="0" w:color="7E9DB9"/>
              <w:right w:val="single" w:sz="6" w:space="0" w:color="7E9DB9"/>
            </w:tcBorders>
            <w:tcMar>
              <w:top w:w="110" w:type="dxa"/>
              <w:left w:w="110" w:type="dxa"/>
              <w:bottom w:w="110" w:type="dxa"/>
              <w:right w:w="110" w:type="dxa"/>
            </w:tcMar>
          </w:tcPr>
          <w:p w14:paraId="044D2893"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1F4E78"/>
                <w:lang w:val="de-DE"/>
              </w:rPr>
              <w:t>Leitfrage / Fragestellung</w:t>
            </w:r>
          </w:p>
          <w:p w14:paraId="5AEB6F64" w14:textId="77777777" w:rsidR="00FF6EEB" w:rsidRPr="00CA3295" w:rsidRDefault="008A360B">
            <w:pPr>
              <w:spacing w:after="0"/>
              <w:rPr>
                <w:rFonts w:asciiTheme="majorHAnsi" w:hAnsiTheme="majorHAnsi" w:cstheme="majorHAnsi"/>
                <w:i/>
                <w:color w:val="5A646E"/>
                <w:sz w:val="18"/>
                <w:lang w:val="de-DE"/>
              </w:rPr>
            </w:pPr>
            <w:r w:rsidRPr="00CA3295">
              <w:rPr>
                <w:rFonts w:asciiTheme="majorHAnsi" w:hAnsiTheme="majorHAnsi" w:cstheme="majorHAnsi"/>
                <w:i/>
                <w:color w:val="5A646E"/>
                <w:sz w:val="18"/>
                <w:lang w:val="de-DE"/>
              </w:rPr>
              <w:t>Formuliere die konkrete Frage, die du mit deiner Präsentation beantworten möchtest.</w:t>
            </w:r>
          </w:p>
          <w:p w14:paraId="1F1A42BB" w14:textId="0AE3A988" w:rsidR="00CA3295" w:rsidRPr="00CA3295" w:rsidRDefault="00CA3295">
            <w:pPr>
              <w:spacing w:after="0"/>
              <w:rPr>
                <w:rFonts w:asciiTheme="majorHAnsi" w:hAnsiTheme="majorHAnsi" w:cstheme="majorHAnsi"/>
                <w:lang w:val="de-DE"/>
              </w:rPr>
            </w:pPr>
          </w:p>
        </w:tc>
      </w:tr>
    </w:tbl>
    <w:p w14:paraId="132558C1" w14:textId="77777777" w:rsidR="00FF6EEB" w:rsidRPr="00CA3295" w:rsidRDefault="00FF6EEB">
      <w:pPr>
        <w:spacing w:after="20"/>
        <w:rPr>
          <w:rFonts w:asciiTheme="majorHAnsi" w:hAnsiTheme="majorHAnsi" w:cstheme="majorHAnsi"/>
          <w:lang w:val="de-DE"/>
        </w:rPr>
      </w:pPr>
    </w:p>
    <w:tbl>
      <w:tblPr>
        <w:tblW w:w="0" w:type="auto"/>
        <w:jc w:val="center"/>
        <w:tblLayout w:type="fixed"/>
        <w:tblLook w:val="04A0" w:firstRow="1" w:lastRow="0" w:firstColumn="1" w:lastColumn="0" w:noHBand="0" w:noVBand="1"/>
      </w:tblPr>
      <w:tblGrid>
        <w:gridCol w:w="10256"/>
      </w:tblGrid>
      <w:tr w:rsidR="00FF6EEB" w:rsidRPr="00CA3295" w14:paraId="76EA957D" w14:textId="77777777">
        <w:trPr>
          <w:cantSplit/>
          <w:trHeight w:val="2267"/>
          <w:jc w:val="center"/>
        </w:trPr>
        <w:tc>
          <w:tcPr>
            <w:tcW w:w="10256" w:type="dxa"/>
            <w:tcBorders>
              <w:top w:val="single" w:sz="6" w:space="0" w:color="7E9DB9"/>
              <w:left w:val="single" w:sz="6" w:space="0" w:color="7E9DB9"/>
              <w:bottom w:val="single" w:sz="6" w:space="0" w:color="7E9DB9"/>
              <w:right w:val="single" w:sz="6" w:space="0" w:color="7E9DB9"/>
            </w:tcBorders>
            <w:tcMar>
              <w:top w:w="110" w:type="dxa"/>
              <w:left w:w="110" w:type="dxa"/>
              <w:bottom w:w="110" w:type="dxa"/>
              <w:right w:w="110" w:type="dxa"/>
            </w:tcMar>
          </w:tcPr>
          <w:p w14:paraId="1ACAB197"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1F4E78"/>
                <w:lang w:val="de-DE"/>
              </w:rPr>
              <w:t>Kurzbeschreibung der Fragestellung und des Vorhabens</w:t>
            </w:r>
          </w:p>
          <w:p w14:paraId="6D0BC0A6" w14:textId="10C133B6" w:rsidR="00FF6EEB" w:rsidRPr="00CA3295" w:rsidRDefault="008A360B">
            <w:pPr>
              <w:spacing w:after="0"/>
              <w:rPr>
                <w:rFonts w:asciiTheme="majorHAnsi" w:hAnsiTheme="majorHAnsi" w:cstheme="majorHAnsi"/>
                <w:lang w:val="de-DE"/>
              </w:rPr>
            </w:pPr>
            <w:r w:rsidRPr="00CA3295">
              <w:rPr>
                <w:rFonts w:asciiTheme="majorHAnsi" w:hAnsiTheme="majorHAnsi" w:cstheme="majorHAnsi"/>
                <w:i/>
                <w:color w:val="5A646E"/>
                <w:sz w:val="18"/>
                <w:lang w:val="de-DE"/>
              </w:rPr>
              <w:t>Beschreibe in</w:t>
            </w:r>
            <w:r>
              <w:rPr>
                <w:rFonts w:asciiTheme="majorHAnsi" w:hAnsiTheme="majorHAnsi" w:cstheme="majorHAnsi"/>
                <w:i/>
                <w:color w:val="5A646E"/>
                <w:sz w:val="18"/>
                <w:lang w:val="de-DE"/>
              </w:rPr>
              <w:t xml:space="preserve"> </w:t>
            </w:r>
            <w:r w:rsidRPr="00CA3295">
              <w:rPr>
                <w:rFonts w:asciiTheme="majorHAnsi" w:hAnsiTheme="majorHAnsi" w:cstheme="majorHAnsi"/>
                <w:i/>
                <w:color w:val="5A646E"/>
                <w:sz w:val="18"/>
                <w:lang w:val="de-DE"/>
              </w:rPr>
              <w:t>5–8 Sätzen: Worum geht es? Warum ist die Frage wichtig? Was willst du untersuchen, erklären oder beurteilen?</w:t>
            </w:r>
          </w:p>
        </w:tc>
      </w:tr>
    </w:tbl>
    <w:p w14:paraId="2075DFE9" w14:textId="77777777" w:rsidR="00FF6EEB" w:rsidRPr="00CA3295" w:rsidRDefault="008A360B">
      <w:pPr>
        <w:spacing w:before="140"/>
        <w:rPr>
          <w:rFonts w:asciiTheme="majorHAnsi" w:hAnsiTheme="majorHAnsi" w:cstheme="majorHAnsi"/>
          <w:color w:val="4F81BD" w:themeColor="accent1"/>
          <w:lang w:val="de-DE"/>
        </w:rPr>
      </w:pPr>
      <w:r w:rsidRPr="00CA3295">
        <w:rPr>
          <w:rFonts w:asciiTheme="majorHAnsi" w:hAnsiTheme="majorHAnsi" w:cstheme="majorHAnsi"/>
          <w:b/>
          <w:color w:val="4F81BD" w:themeColor="accent1"/>
          <w:sz w:val="26"/>
          <w:lang w:val="de-DE"/>
        </w:rPr>
        <w:t>2 · GLIEDERUNG DER PRÄSENTATION</w:t>
      </w:r>
    </w:p>
    <w:tbl>
      <w:tblPr>
        <w:tblW w:w="0" w:type="auto"/>
        <w:jc w:val="center"/>
        <w:tblLayout w:type="fixed"/>
        <w:tblLook w:val="04A0" w:firstRow="1" w:lastRow="0" w:firstColumn="1" w:lastColumn="0" w:noHBand="0" w:noVBand="1"/>
      </w:tblPr>
      <w:tblGrid>
        <w:gridCol w:w="680"/>
        <w:gridCol w:w="3968"/>
        <w:gridCol w:w="5558"/>
      </w:tblGrid>
      <w:tr w:rsidR="00FF6EEB" w:rsidRPr="00CA3295" w14:paraId="747EC033" w14:textId="77777777" w:rsidTr="00CA3295">
        <w:trPr>
          <w:cantSplit/>
          <w:jc w:val="center"/>
        </w:trPr>
        <w:tc>
          <w:tcPr>
            <w:tcW w:w="10206" w:type="dxa"/>
            <w:gridSpan w:val="3"/>
            <w:tcBorders>
              <w:top w:val="single" w:sz="7" w:space="0" w:color="7E9DB9"/>
              <w:left w:val="single" w:sz="7" w:space="0" w:color="7E9DB9"/>
              <w:bottom w:val="single" w:sz="7" w:space="0" w:color="7E9DB9"/>
              <w:right w:val="single" w:sz="7" w:space="0" w:color="7E9DB9"/>
            </w:tcBorders>
            <w:shd w:val="clear" w:color="auto" w:fill="EEF5F9"/>
            <w:tcMar>
              <w:top w:w="100" w:type="dxa"/>
              <w:left w:w="110" w:type="dxa"/>
              <w:bottom w:w="100" w:type="dxa"/>
              <w:right w:w="110" w:type="dxa"/>
            </w:tcMar>
          </w:tcPr>
          <w:p w14:paraId="651BBF17"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1F4E78"/>
                <w:lang w:val="de-DE"/>
              </w:rPr>
              <w:t xml:space="preserve">Hinweis: </w:t>
            </w:r>
            <w:r w:rsidRPr="00CA3295">
              <w:rPr>
                <w:rFonts w:asciiTheme="majorHAnsi" w:hAnsiTheme="majorHAnsi" w:cstheme="majorHAnsi"/>
                <w:lang w:val="de-DE"/>
              </w:rPr>
              <w:t>Die Gliederung soll zeigen, wie du deine Fragestellung in einer sinnvollen Reihenfolge bearbeitest. Sie darf sich im Laufe deiner Vorbereitung verändern; trage hier die Fassung ein, die du für deine Präsentation planst.</w:t>
            </w:r>
          </w:p>
        </w:tc>
      </w:tr>
      <w:tr w:rsidR="00FF6EEB" w:rsidRPr="00CA3295" w14:paraId="3263D72C" w14:textId="77777777" w:rsidTr="00CA3295">
        <w:trPr>
          <w:cantSplit/>
          <w:tblHeader/>
          <w:jc w:val="center"/>
        </w:trPr>
        <w:tc>
          <w:tcPr>
            <w:tcW w:w="680"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3DA0657B"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9"/>
                <w:lang w:val="de-DE"/>
              </w:rPr>
              <w:t>Nr.</w:t>
            </w:r>
          </w:p>
        </w:tc>
        <w:tc>
          <w:tcPr>
            <w:tcW w:w="3968"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4D61EA63"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9"/>
                <w:lang w:val="de-DE"/>
              </w:rPr>
              <w:t>Gliederungspunkt / Überschrift</w:t>
            </w:r>
          </w:p>
        </w:tc>
        <w:tc>
          <w:tcPr>
            <w:tcW w:w="5558"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4069B57A"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9"/>
                <w:lang w:val="de-DE"/>
              </w:rPr>
              <w:t>Kurzer Inhalt / Schwerpunkt</w:t>
            </w:r>
          </w:p>
        </w:tc>
      </w:tr>
      <w:tr w:rsidR="00FF6EEB" w:rsidRPr="00CA3295" w14:paraId="215FA722" w14:textId="77777777" w:rsidTr="00CA3295">
        <w:trPr>
          <w:cantSplit/>
          <w:trHeight w:val="538"/>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B428242"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1</w:t>
            </w:r>
          </w:p>
        </w:tc>
        <w:tc>
          <w:tcPr>
            <w:tcW w:w="396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018BFE90" w14:textId="77777777" w:rsidR="00FF6EEB" w:rsidRPr="00CA3295" w:rsidRDefault="00FF6EEB">
            <w:pPr>
              <w:rPr>
                <w:rFonts w:asciiTheme="majorHAnsi" w:hAnsiTheme="majorHAnsi" w:cstheme="majorHAnsi"/>
                <w:lang w:val="de-DE"/>
              </w:rPr>
            </w:pPr>
          </w:p>
        </w:tc>
        <w:tc>
          <w:tcPr>
            <w:tcW w:w="555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2B192F5" w14:textId="77777777" w:rsidR="00FF6EEB" w:rsidRPr="00CA3295" w:rsidRDefault="00FF6EEB">
            <w:pPr>
              <w:rPr>
                <w:rFonts w:asciiTheme="majorHAnsi" w:hAnsiTheme="majorHAnsi" w:cstheme="majorHAnsi"/>
                <w:lang w:val="de-DE"/>
              </w:rPr>
            </w:pPr>
          </w:p>
        </w:tc>
      </w:tr>
      <w:tr w:rsidR="00FF6EEB" w:rsidRPr="00CA3295" w14:paraId="1BED28FD" w14:textId="77777777" w:rsidTr="00CA3295">
        <w:trPr>
          <w:cantSplit/>
          <w:trHeight w:val="538"/>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D9B988B"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2</w:t>
            </w:r>
          </w:p>
        </w:tc>
        <w:tc>
          <w:tcPr>
            <w:tcW w:w="396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0537FA7F" w14:textId="77777777" w:rsidR="00FF6EEB" w:rsidRPr="00CA3295" w:rsidRDefault="00FF6EEB">
            <w:pPr>
              <w:rPr>
                <w:rFonts w:asciiTheme="majorHAnsi" w:hAnsiTheme="majorHAnsi" w:cstheme="majorHAnsi"/>
                <w:lang w:val="de-DE"/>
              </w:rPr>
            </w:pPr>
          </w:p>
        </w:tc>
        <w:tc>
          <w:tcPr>
            <w:tcW w:w="555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F918020" w14:textId="77777777" w:rsidR="00FF6EEB" w:rsidRPr="00CA3295" w:rsidRDefault="00FF6EEB">
            <w:pPr>
              <w:rPr>
                <w:rFonts w:asciiTheme="majorHAnsi" w:hAnsiTheme="majorHAnsi" w:cstheme="majorHAnsi"/>
                <w:lang w:val="de-DE"/>
              </w:rPr>
            </w:pPr>
          </w:p>
        </w:tc>
      </w:tr>
      <w:tr w:rsidR="00FF6EEB" w:rsidRPr="00CA3295" w14:paraId="20EA5032" w14:textId="77777777" w:rsidTr="00CA3295">
        <w:trPr>
          <w:cantSplit/>
          <w:trHeight w:val="538"/>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44A31D2"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3</w:t>
            </w:r>
          </w:p>
        </w:tc>
        <w:tc>
          <w:tcPr>
            <w:tcW w:w="396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D66432B" w14:textId="77777777" w:rsidR="00FF6EEB" w:rsidRPr="00CA3295" w:rsidRDefault="00FF6EEB">
            <w:pPr>
              <w:rPr>
                <w:rFonts w:asciiTheme="majorHAnsi" w:hAnsiTheme="majorHAnsi" w:cstheme="majorHAnsi"/>
                <w:lang w:val="de-DE"/>
              </w:rPr>
            </w:pPr>
          </w:p>
        </w:tc>
        <w:tc>
          <w:tcPr>
            <w:tcW w:w="555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72BA875" w14:textId="77777777" w:rsidR="00FF6EEB" w:rsidRPr="00CA3295" w:rsidRDefault="00FF6EEB">
            <w:pPr>
              <w:rPr>
                <w:rFonts w:asciiTheme="majorHAnsi" w:hAnsiTheme="majorHAnsi" w:cstheme="majorHAnsi"/>
                <w:lang w:val="de-DE"/>
              </w:rPr>
            </w:pPr>
          </w:p>
        </w:tc>
      </w:tr>
      <w:tr w:rsidR="00FF6EEB" w:rsidRPr="00CA3295" w14:paraId="7E38ECD5" w14:textId="77777777" w:rsidTr="00CA3295">
        <w:trPr>
          <w:cantSplit/>
          <w:trHeight w:val="538"/>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81350C6"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4</w:t>
            </w:r>
          </w:p>
        </w:tc>
        <w:tc>
          <w:tcPr>
            <w:tcW w:w="396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80EA81F" w14:textId="77777777" w:rsidR="00FF6EEB" w:rsidRPr="00CA3295" w:rsidRDefault="00FF6EEB">
            <w:pPr>
              <w:rPr>
                <w:rFonts w:asciiTheme="majorHAnsi" w:hAnsiTheme="majorHAnsi" w:cstheme="majorHAnsi"/>
                <w:lang w:val="de-DE"/>
              </w:rPr>
            </w:pPr>
          </w:p>
        </w:tc>
        <w:tc>
          <w:tcPr>
            <w:tcW w:w="555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554B88D" w14:textId="77777777" w:rsidR="00FF6EEB" w:rsidRPr="00CA3295" w:rsidRDefault="00FF6EEB">
            <w:pPr>
              <w:rPr>
                <w:rFonts w:asciiTheme="majorHAnsi" w:hAnsiTheme="majorHAnsi" w:cstheme="majorHAnsi"/>
                <w:lang w:val="de-DE"/>
              </w:rPr>
            </w:pPr>
          </w:p>
        </w:tc>
      </w:tr>
      <w:tr w:rsidR="00FF6EEB" w:rsidRPr="00CA3295" w14:paraId="3852497A" w14:textId="77777777" w:rsidTr="00CA3295">
        <w:trPr>
          <w:cantSplit/>
          <w:trHeight w:val="538"/>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8E2B1FE"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5</w:t>
            </w:r>
          </w:p>
        </w:tc>
        <w:tc>
          <w:tcPr>
            <w:tcW w:w="396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BD35EF9" w14:textId="77777777" w:rsidR="00FF6EEB" w:rsidRPr="00CA3295" w:rsidRDefault="00FF6EEB">
            <w:pPr>
              <w:rPr>
                <w:rFonts w:asciiTheme="majorHAnsi" w:hAnsiTheme="majorHAnsi" w:cstheme="majorHAnsi"/>
                <w:lang w:val="de-DE"/>
              </w:rPr>
            </w:pPr>
          </w:p>
        </w:tc>
        <w:tc>
          <w:tcPr>
            <w:tcW w:w="555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6EF6068" w14:textId="77777777" w:rsidR="00FF6EEB" w:rsidRPr="00CA3295" w:rsidRDefault="00FF6EEB">
            <w:pPr>
              <w:rPr>
                <w:rFonts w:asciiTheme="majorHAnsi" w:hAnsiTheme="majorHAnsi" w:cstheme="majorHAnsi"/>
                <w:lang w:val="de-DE"/>
              </w:rPr>
            </w:pPr>
          </w:p>
        </w:tc>
      </w:tr>
      <w:tr w:rsidR="00FF6EEB" w:rsidRPr="00CA3295" w14:paraId="456B4C40" w14:textId="77777777" w:rsidTr="00CA3295">
        <w:trPr>
          <w:cantSplit/>
          <w:trHeight w:val="538"/>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7D9A30A"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6</w:t>
            </w:r>
          </w:p>
        </w:tc>
        <w:tc>
          <w:tcPr>
            <w:tcW w:w="396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035088AF" w14:textId="77777777" w:rsidR="00FF6EEB" w:rsidRPr="00CA3295" w:rsidRDefault="00FF6EEB">
            <w:pPr>
              <w:rPr>
                <w:rFonts w:asciiTheme="majorHAnsi" w:hAnsiTheme="majorHAnsi" w:cstheme="majorHAnsi"/>
                <w:lang w:val="de-DE"/>
              </w:rPr>
            </w:pPr>
          </w:p>
        </w:tc>
        <w:tc>
          <w:tcPr>
            <w:tcW w:w="555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3985114" w14:textId="77777777" w:rsidR="00FF6EEB" w:rsidRPr="00CA3295" w:rsidRDefault="00FF6EEB">
            <w:pPr>
              <w:rPr>
                <w:rFonts w:asciiTheme="majorHAnsi" w:hAnsiTheme="majorHAnsi" w:cstheme="majorHAnsi"/>
                <w:lang w:val="de-DE"/>
              </w:rPr>
            </w:pPr>
          </w:p>
        </w:tc>
      </w:tr>
      <w:tr w:rsidR="00FF6EEB" w:rsidRPr="00CA3295" w14:paraId="6306923F" w14:textId="77777777" w:rsidTr="00CA3295">
        <w:trPr>
          <w:cantSplit/>
          <w:trHeight w:val="538"/>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05917E1"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7</w:t>
            </w:r>
          </w:p>
        </w:tc>
        <w:tc>
          <w:tcPr>
            <w:tcW w:w="396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4F5EA68" w14:textId="77777777" w:rsidR="00FF6EEB" w:rsidRPr="00CA3295" w:rsidRDefault="00FF6EEB">
            <w:pPr>
              <w:rPr>
                <w:rFonts w:asciiTheme="majorHAnsi" w:hAnsiTheme="majorHAnsi" w:cstheme="majorHAnsi"/>
                <w:lang w:val="de-DE"/>
              </w:rPr>
            </w:pPr>
          </w:p>
        </w:tc>
        <w:tc>
          <w:tcPr>
            <w:tcW w:w="555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92E5F30" w14:textId="77777777" w:rsidR="00FF6EEB" w:rsidRPr="00CA3295" w:rsidRDefault="00FF6EEB">
            <w:pPr>
              <w:rPr>
                <w:rFonts w:asciiTheme="majorHAnsi" w:hAnsiTheme="majorHAnsi" w:cstheme="majorHAnsi"/>
                <w:lang w:val="de-DE"/>
              </w:rPr>
            </w:pPr>
          </w:p>
        </w:tc>
      </w:tr>
    </w:tbl>
    <w:p w14:paraId="0E25649D" w14:textId="77777777" w:rsidR="00FF6EEB" w:rsidRPr="00CA3295" w:rsidRDefault="008A360B">
      <w:pPr>
        <w:rPr>
          <w:rFonts w:asciiTheme="majorHAnsi" w:hAnsiTheme="majorHAnsi" w:cstheme="majorHAnsi"/>
          <w:lang w:val="de-DE"/>
        </w:rPr>
      </w:pPr>
      <w:r w:rsidRPr="00CA3295">
        <w:rPr>
          <w:rFonts w:asciiTheme="majorHAnsi" w:hAnsiTheme="majorHAnsi" w:cstheme="majorHAnsi"/>
          <w:lang w:val="de-DE"/>
        </w:rPr>
        <w:br w:type="page"/>
      </w:r>
    </w:p>
    <w:p w14:paraId="4B9199D3" w14:textId="588B392A" w:rsidR="00FF6EEB" w:rsidRPr="00CA3295" w:rsidRDefault="008A360B">
      <w:pPr>
        <w:spacing w:after="120"/>
        <w:rPr>
          <w:rFonts w:asciiTheme="majorHAnsi" w:hAnsiTheme="majorHAnsi" w:cstheme="majorHAnsi"/>
          <w:color w:val="4F81BD" w:themeColor="accent1"/>
          <w:sz w:val="26"/>
          <w:szCs w:val="26"/>
          <w:lang w:val="de-DE"/>
        </w:rPr>
      </w:pPr>
      <w:r w:rsidRPr="00CA3295">
        <w:rPr>
          <w:rFonts w:asciiTheme="majorHAnsi" w:hAnsiTheme="majorHAnsi" w:cstheme="majorHAnsi"/>
          <w:b/>
          <w:color w:val="4F81BD" w:themeColor="accent1"/>
          <w:sz w:val="26"/>
          <w:szCs w:val="26"/>
          <w:lang w:val="de-DE"/>
        </w:rPr>
        <w:lastRenderedPageBreak/>
        <w:t>3 · MEIN ARBEITS- UND RECHERCHEPROZESS</w:t>
      </w:r>
      <w:r w:rsidR="00696E52">
        <w:rPr>
          <w:rFonts w:asciiTheme="majorHAnsi" w:hAnsiTheme="majorHAnsi" w:cstheme="majorHAnsi"/>
          <w:b/>
          <w:color w:val="4F81BD" w:themeColor="accent1"/>
          <w:sz w:val="26"/>
          <w:szCs w:val="26"/>
          <w:lang w:val="de-DE"/>
        </w:rPr>
        <w:t xml:space="preserve"> (optional nicht verpflichtend)</w:t>
      </w:r>
    </w:p>
    <w:tbl>
      <w:tblPr>
        <w:tblW w:w="0" w:type="auto"/>
        <w:jc w:val="center"/>
        <w:tblLayout w:type="fixed"/>
        <w:tblLook w:val="04A0" w:firstRow="1" w:lastRow="0" w:firstColumn="1" w:lastColumn="0" w:noHBand="0" w:noVBand="1"/>
      </w:tblPr>
      <w:tblGrid>
        <w:gridCol w:w="1700"/>
        <w:gridCol w:w="4081"/>
        <w:gridCol w:w="4047"/>
      </w:tblGrid>
      <w:tr w:rsidR="00FF6EEB" w:rsidRPr="00CA3295" w14:paraId="0F999E39" w14:textId="77777777" w:rsidTr="00CA3295">
        <w:trPr>
          <w:cantSplit/>
          <w:jc w:val="center"/>
        </w:trPr>
        <w:tc>
          <w:tcPr>
            <w:tcW w:w="9828" w:type="dxa"/>
            <w:gridSpan w:val="3"/>
            <w:tcBorders>
              <w:top w:val="single" w:sz="7" w:space="0" w:color="7E9DB9"/>
              <w:left w:val="single" w:sz="7" w:space="0" w:color="7E9DB9"/>
              <w:bottom w:val="single" w:sz="7" w:space="0" w:color="7E9DB9"/>
              <w:right w:val="single" w:sz="7" w:space="0" w:color="7E9DB9"/>
            </w:tcBorders>
            <w:shd w:val="clear" w:color="auto" w:fill="EEF5F9"/>
            <w:tcMar>
              <w:top w:w="100" w:type="dxa"/>
              <w:left w:w="110" w:type="dxa"/>
              <w:bottom w:w="100" w:type="dxa"/>
              <w:right w:w="110" w:type="dxa"/>
            </w:tcMar>
          </w:tcPr>
          <w:p w14:paraId="2BC715BC"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1F4E78"/>
                <w:lang w:val="de-DE"/>
              </w:rPr>
              <w:t xml:space="preserve">Verbindlich: </w:t>
            </w:r>
            <w:r w:rsidRPr="00CA3295">
              <w:rPr>
                <w:rFonts w:asciiTheme="majorHAnsi" w:hAnsiTheme="majorHAnsi" w:cstheme="majorHAnsi"/>
                <w:lang w:val="de-DE"/>
              </w:rPr>
              <w:t>Halte wichtige Arbeitsschritte fest. Es geht nicht darum, jeden einzelnen Tag zu protokollieren, sondern nachvollziehbar zu machen, wie du von der Fragestellung zu deiner Präsentation gekommen bist.</w:t>
            </w:r>
          </w:p>
        </w:tc>
      </w:tr>
      <w:tr w:rsidR="00FF6EEB" w:rsidRPr="00CA3295" w14:paraId="5820BA5C" w14:textId="77777777" w:rsidTr="00CA3295">
        <w:trPr>
          <w:cantSplit/>
          <w:tblHeader/>
          <w:jc w:val="center"/>
        </w:trPr>
        <w:tc>
          <w:tcPr>
            <w:tcW w:w="1700"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1357AAC8"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8"/>
                <w:lang w:val="de-DE"/>
              </w:rPr>
              <w:t>Datum / Zeitraum</w:t>
            </w:r>
          </w:p>
        </w:tc>
        <w:tc>
          <w:tcPr>
            <w:tcW w:w="4081"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253F655E"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8"/>
                <w:lang w:val="de-DE"/>
              </w:rPr>
              <w:t>Was habe ich gemacht?</w:t>
            </w:r>
          </w:p>
        </w:tc>
        <w:tc>
          <w:tcPr>
            <w:tcW w:w="4047"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0C208F28"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8"/>
                <w:lang w:val="de-DE"/>
              </w:rPr>
              <w:t>Ergebnis, Entscheidung oder nächster Schritt</w:t>
            </w:r>
          </w:p>
        </w:tc>
      </w:tr>
      <w:tr w:rsidR="00FF6EEB" w:rsidRPr="00CA3295" w14:paraId="67B4573C" w14:textId="77777777" w:rsidTr="00CA3295">
        <w:trPr>
          <w:cantSplit/>
          <w:trHeight w:val="595"/>
          <w:jc w:val="center"/>
        </w:trPr>
        <w:tc>
          <w:tcPr>
            <w:tcW w:w="170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A9A4A8A" w14:textId="77777777" w:rsidR="00FF6EEB" w:rsidRPr="00CA3295" w:rsidRDefault="00FF6EEB">
            <w:pPr>
              <w:rPr>
                <w:rFonts w:asciiTheme="majorHAnsi" w:hAnsiTheme="majorHAnsi" w:cstheme="majorHAnsi"/>
                <w:lang w:val="de-DE"/>
              </w:rPr>
            </w:pPr>
          </w:p>
        </w:tc>
        <w:tc>
          <w:tcPr>
            <w:tcW w:w="4081"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0C2A7849" w14:textId="77777777" w:rsidR="00FF6EEB" w:rsidRPr="00CA3295" w:rsidRDefault="00FF6EEB">
            <w:pPr>
              <w:rPr>
                <w:rFonts w:asciiTheme="majorHAnsi" w:hAnsiTheme="majorHAnsi" w:cstheme="majorHAnsi"/>
                <w:lang w:val="de-DE"/>
              </w:rPr>
            </w:pPr>
          </w:p>
        </w:tc>
        <w:tc>
          <w:tcPr>
            <w:tcW w:w="404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4554E94" w14:textId="77777777" w:rsidR="00FF6EEB" w:rsidRPr="00CA3295" w:rsidRDefault="00FF6EEB">
            <w:pPr>
              <w:rPr>
                <w:rFonts w:asciiTheme="majorHAnsi" w:hAnsiTheme="majorHAnsi" w:cstheme="majorHAnsi"/>
                <w:lang w:val="de-DE"/>
              </w:rPr>
            </w:pPr>
          </w:p>
        </w:tc>
      </w:tr>
      <w:tr w:rsidR="00FF6EEB" w:rsidRPr="00CA3295" w14:paraId="31B694E1" w14:textId="77777777" w:rsidTr="00CA3295">
        <w:trPr>
          <w:cantSplit/>
          <w:trHeight w:val="595"/>
          <w:jc w:val="center"/>
        </w:trPr>
        <w:tc>
          <w:tcPr>
            <w:tcW w:w="170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0C837FFA" w14:textId="77777777" w:rsidR="00FF6EEB" w:rsidRPr="00CA3295" w:rsidRDefault="00FF6EEB">
            <w:pPr>
              <w:rPr>
                <w:rFonts w:asciiTheme="majorHAnsi" w:hAnsiTheme="majorHAnsi" w:cstheme="majorHAnsi"/>
                <w:lang w:val="de-DE"/>
              </w:rPr>
            </w:pPr>
          </w:p>
        </w:tc>
        <w:tc>
          <w:tcPr>
            <w:tcW w:w="4081"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BD151DE" w14:textId="77777777" w:rsidR="00FF6EEB" w:rsidRPr="00CA3295" w:rsidRDefault="00FF6EEB">
            <w:pPr>
              <w:rPr>
                <w:rFonts w:asciiTheme="majorHAnsi" w:hAnsiTheme="majorHAnsi" w:cstheme="majorHAnsi"/>
                <w:lang w:val="de-DE"/>
              </w:rPr>
            </w:pPr>
          </w:p>
        </w:tc>
        <w:tc>
          <w:tcPr>
            <w:tcW w:w="404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183E8665" w14:textId="77777777" w:rsidR="00FF6EEB" w:rsidRPr="00CA3295" w:rsidRDefault="00FF6EEB">
            <w:pPr>
              <w:rPr>
                <w:rFonts w:asciiTheme="majorHAnsi" w:hAnsiTheme="majorHAnsi" w:cstheme="majorHAnsi"/>
                <w:lang w:val="de-DE"/>
              </w:rPr>
            </w:pPr>
          </w:p>
        </w:tc>
      </w:tr>
      <w:tr w:rsidR="00FF6EEB" w:rsidRPr="00CA3295" w14:paraId="0E7F1E18" w14:textId="77777777" w:rsidTr="00CA3295">
        <w:trPr>
          <w:cantSplit/>
          <w:trHeight w:val="595"/>
          <w:jc w:val="center"/>
        </w:trPr>
        <w:tc>
          <w:tcPr>
            <w:tcW w:w="170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47A3A74" w14:textId="77777777" w:rsidR="00FF6EEB" w:rsidRPr="00CA3295" w:rsidRDefault="00FF6EEB">
            <w:pPr>
              <w:rPr>
                <w:rFonts w:asciiTheme="majorHAnsi" w:hAnsiTheme="majorHAnsi" w:cstheme="majorHAnsi"/>
                <w:lang w:val="de-DE"/>
              </w:rPr>
            </w:pPr>
          </w:p>
        </w:tc>
        <w:tc>
          <w:tcPr>
            <w:tcW w:w="4081"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0214F41" w14:textId="77777777" w:rsidR="00FF6EEB" w:rsidRPr="00CA3295" w:rsidRDefault="00FF6EEB">
            <w:pPr>
              <w:rPr>
                <w:rFonts w:asciiTheme="majorHAnsi" w:hAnsiTheme="majorHAnsi" w:cstheme="majorHAnsi"/>
                <w:lang w:val="de-DE"/>
              </w:rPr>
            </w:pPr>
          </w:p>
        </w:tc>
        <w:tc>
          <w:tcPr>
            <w:tcW w:w="404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8EA45A8" w14:textId="77777777" w:rsidR="00FF6EEB" w:rsidRPr="00CA3295" w:rsidRDefault="00FF6EEB">
            <w:pPr>
              <w:rPr>
                <w:rFonts w:asciiTheme="majorHAnsi" w:hAnsiTheme="majorHAnsi" w:cstheme="majorHAnsi"/>
                <w:lang w:val="de-DE"/>
              </w:rPr>
            </w:pPr>
          </w:p>
        </w:tc>
      </w:tr>
      <w:tr w:rsidR="00FF6EEB" w:rsidRPr="00CA3295" w14:paraId="12375876" w14:textId="77777777" w:rsidTr="00CA3295">
        <w:trPr>
          <w:cantSplit/>
          <w:trHeight w:val="595"/>
          <w:jc w:val="center"/>
        </w:trPr>
        <w:tc>
          <w:tcPr>
            <w:tcW w:w="170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DB22CF3" w14:textId="77777777" w:rsidR="00FF6EEB" w:rsidRPr="00CA3295" w:rsidRDefault="00FF6EEB">
            <w:pPr>
              <w:rPr>
                <w:rFonts w:asciiTheme="majorHAnsi" w:hAnsiTheme="majorHAnsi" w:cstheme="majorHAnsi"/>
                <w:lang w:val="de-DE"/>
              </w:rPr>
            </w:pPr>
          </w:p>
        </w:tc>
        <w:tc>
          <w:tcPr>
            <w:tcW w:w="4081"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77342E3" w14:textId="77777777" w:rsidR="00FF6EEB" w:rsidRPr="00CA3295" w:rsidRDefault="00FF6EEB">
            <w:pPr>
              <w:rPr>
                <w:rFonts w:asciiTheme="majorHAnsi" w:hAnsiTheme="majorHAnsi" w:cstheme="majorHAnsi"/>
                <w:lang w:val="de-DE"/>
              </w:rPr>
            </w:pPr>
          </w:p>
        </w:tc>
        <w:tc>
          <w:tcPr>
            <w:tcW w:w="404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1BD9EBCA" w14:textId="77777777" w:rsidR="00FF6EEB" w:rsidRPr="00CA3295" w:rsidRDefault="00FF6EEB">
            <w:pPr>
              <w:rPr>
                <w:rFonts w:asciiTheme="majorHAnsi" w:hAnsiTheme="majorHAnsi" w:cstheme="majorHAnsi"/>
                <w:lang w:val="de-DE"/>
              </w:rPr>
            </w:pPr>
          </w:p>
        </w:tc>
      </w:tr>
      <w:tr w:rsidR="00FF6EEB" w:rsidRPr="00CA3295" w14:paraId="02662822" w14:textId="77777777" w:rsidTr="00CA3295">
        <w:trPr>
          <w:cantSplit/>
          <w:trHeight w:val="595"/>
          <w:jc w:val="center"/>
        </w:trPr>
        <w:tc>
          <w:tcPr>
            <w:tcW w:w="170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049638E" w14:textId="77777777" w:rsidR="00FF6EEB" w:rsidRPr="00CA3295" w:rsidRDefault="00FF6EEB">
            <w:pPr>
              <w:rPr>
                <w:rFonts w:asciiTheme="majorHAnsi" w:hAnsiTheme="majorHAnsi" w:cstheme="majorHAnsi"/>
                <w:lang w:val="de-DE"/>
              </w:rPr>
            </w:pPr>
          </w:p>
        </w:tc>
        <w:tc>
          <w:tcPr>
            <w:tcW w:w="4081"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A7D43BC" w14:textId="77777777" w:rsidR="00FF6EEB" w:rsidRPr="00CA3295" w:rsidRDefault="00FF6EEB">
            <w:pPr>
              <w:rPr>
                <w:rFonts w:asciiTheme="majorHAnsi" w:hAnsiTheme="majorHAnsi" w:cstheme="majorHAnsi"/>
                <w:lang w:val="de-DE"/>
              </w:rPr>
            </w:pPr>
          </w:p>
        </w:tc>
        <w:tc>
          <w:tcPr>
            <w:tcW w:w="404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29C5498" w14:textId="77777777" w:rsidR="00FF6EEB" w:rsidRPr="00CA3295" w:rsidRDefault="00FF6EEB">
            <w:pPr>
              <w:rPr>
                <w:rFonts w:asciiTheme="majorHAnsi" w:hAnsiTheme="majorHAnsi" w:cstheme="majorHAnsi"/>
                <w:lang w:val="de-DE"/>
              </w:rPr>
            </w:pPr>
          </w:p>
        </w:tc>
      </w:tr>
      <w:tr w:rsidR="00FF6EEB" w:rsidRPr="00CA3295" w14:paraId="53368F5E" w14:textId="77777777" w:rsidTr="00CA3295">
        <w:trPr>
          <w:cantSplit/>
          <w:trHeight w:val="595"/>
          <w:jc w:val="center"/>
        </w:trPr>
        <w:tc>
          <w:tcPr>
            <w:tcW w:w="170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41E5CD2" w14:textId="77777777" w:rsidR="00FF6EEB" w:rsidRPr="00CA3295" w:rsidRDefault="00FF6EEB">
            <w:pPr>
              <w:rPr>
                <w:rFonts w:asciiTheme="majorHAnsi" w:hAnsiTheme="majorHAnsi" w:cstheme="majorHAnsi"/>
                <w:lang w:val="de-DE"/>
              </w:rPr>
            </w:pPr>
          </w:p>
        </w:tc>
        <w:tc>
          <w:tcPr>
            <w:tcW w:w="4081"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BDBAE2C" w14:textId="77777777" w:rsidR="00FF6EEB" w:rsidRPr="00CA3295" w:rsidRDefault="00FF6EEB">
            <w:pPr>
              <w:rPr>
                <w:rFonts w:asciiTheme="majorHAnsi" w:hAnsiTheme="majorHAnsi" w:cstheme="majorHAnsi"/>
                <w:lang w:val="de-DE"/>
              </w:rPr>
            </w:pPr>
          </w:p>
        </w:tc>
        <w:tc>
          <w:tcPr>
            <w:tcW w:w="404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5B59C35" w14:textId="77777777" w:rsidR="00FF6EEB" w:rsidRPr="00CA3295" w:rsidRDefault="00FF6EEB">
            <w:pPr>
              <w:rPr>
                <w:rFonts w:asciiTheme="majorHAnsi" w:hAnsiTheme="majorHAnsi" w:cstheme="majorHAnsi"/>
                <w:lang w:val="de-DE"/>
              </w:rPr>
            </w:pPr>
          </w:p>
        </w:tc>
      </w:tr>
      <w:tr w:rsidR="00FF6EEB" w:rsidRPr="00CA3295" w14:paraId="0F98D4CB" w14:textId="77777777" w:rsidTr="00CA3295">
        <w:trPr>
          <w:cantSplit/>
          <w:trHeight w:val="595"/>
          <w:jc w:val="center"/>
        </w:trPr>
        <w:tc>
          <w:tcPr>
            <w:tcW w:w="170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F26FB90" w14:textId="77777777" w:rsidR="00FF6EEB" w:rsidRPr="00CA3295" w:rsidRDefault="00FF6EEB">
            <w:pPr>
              <w:rPr>
                <w:rFonts w:asciiTheme="majorHAnsi" w:hAnsiTheme="majorHAnsi" w:cstheme="majorHAnsi"/>
                <w:lang w:val="de-DE"/>
              </w:rPr>
            </w:pPr>
          </w:p>
        </w:tc>
        <w:tc>
          <w:tcPr>
            <w:tcW w:w="4081"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58DAB2A" w14:textId="77777777" w:rsidR="00FF6EEB" w:rsidRPr="00CA3295" w:rsidRDefault="00FF6EEB">
            <w:pPr>
              <w:rPr>
                <w:rFonts w:asciiTheme="majorHAnsi" w:hAnsiTheme="majorHAnsi" w:cstheme="majorHAnsi"/>
                <w:lang w:val="de-DE"/>
              </w:rPr>
            </w:pPr>
          </w:p>
        </w:tc>
        <w:tc>
          <w:tcPr>
            <w:tcW w:w="404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6EC3ACE" w14:textId="77777777" w:rsidR="00FF6EEB" w:rsidRPr="00CA3295" w:rsidRDefault="00FF6EEB">
            <w:pPr>
              <w:rPr>
                <w:rFonts w:asciiTheme="majorHAnsi" w:hAnsiTheme="majorHAnsi" w:cstheme="majorHAnsi"/>
                <w:lang w:val="de-DE"/>
              </w:rPr>
            </w:pPr>
          </w:p>
        </w:tc>
      </w:tr>
      <w:tr w:rsidR="00FF6EEB" w:rsidRPr="00CA3295" w14:paraId="388EF3C0" w14:textId="77777777" w:rsidTr="00CA3295">
        <w:trPr>
          <w:cantSplit/>
          <w:trHeight w:val="595"/>
          <w:jc w:val="center"/>
        </w:trPr>
        <w:tc>
          <w:tcPr>
            <w:tcW w:w="170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5282F0F" w14:textId="77777777" w:rsidR="00FF6EEB" w:rsidRPr="00CA3295" w:rsidRDefault="00FF6EEB">
            <w:pPr>
              <w:rPr>
                <w:rFonts w:asciiTheme="majorHAnsi" w:hAnsiTheme="majorHAnsi" w:cstheme="majorHAnsi"/>
                <w:lang w:val="de-DE"/>
              </w:rPr>
            </w:pPr>
          </w:p>
        </w:tc>
        <w:tc>
          <w:tcPr>
            <w:tcW w:w="4081"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1A23EF3" w14:textId="77777777" w:rsidR="00FF6EEB" w:rsidRPr="00CA3295" w:rsidRDefault="00FF6EEB">
            <w:pPr>
              <w:rPr>
                <w:rFonts w:asciiTheme="majorHAnsi" w:hAnsiTheme="majorHAnsi" w:cstheme="majorHAnsi"/>
                <w:lang w:val="de-DE"/>
              </w:rPr>
            </w:pPr>
          </w:p>
        </w:tc>
        <w:tc>
          <w:tcPr>
            <w:tcW w:w="404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855A45A" w14:textId="77777777" w:rsidR="00FF6EEB" w:rsidRPr="00CA3295" w:rsidRDefault="00FF6EEB">
            <w:pPr>
              <w:rPr>
                <w:rFonts w:asciiTheme="majorHAnsi" w:hAnsiTheme="majorHAnsi" w:cstheme="majorHAnsi"/>
                <w:lang w:val="de-DE"/>
              </w:rPr>
            </w:pPr>
          </w:p>
        </w:tc>
      </w:tr>
      <w:tr w:rsidR="00FF6EEB" w:rsidRPr="00CA3295" w14:paraId="6A4661EE" w14:textId="77777777" w:rsidTr="00CA3295">
        <w:trPr>
          <w:cantSplit/>
          <w:trHeight w:val="595"/>
          <w:jc w:val="center"/>
        </w:trPr>
        <w:tc>
          <w:tcPr>
            <w:tcW w:w="170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F29EB88" w14:textId="77777777" w:rsidR="00FF6EEB" w:rsidRPr="00CA3295" w:rsidRDefault="00FF6EEB">
            <w:pPr>
              <w:rPr>
                <w:rFonts w:asciiTheme="majorHAnsi" w:hAnsiTheme="majorHAnsi" w:cstheme="majorHAnsi"/>
                <w:lang w:val="de-DE"/>
              </w:rPr>
            </w:pPr>
          </w:p>
        </w:tc>
        <w:tc>
          <w:tcPr>
            <w:tcW w:w="4081"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63DB7FD" w14:textId="77777777" w:rsidR="00FF6EEB" w:rsidRPr="00CA3295" w:rsidRDefault="00FF6EEB">
            <w:pPr>
              <w:rPr>
                <w:rFonts w:asciiTheme="majorHAnsi" w:hAnsiTheme="majorHAnsi" w:cstheme="majorHAnsi"/>
                <w:lang w:val="de-DE"/>
              </w:rPr>
            </w:pPr>
          </w:p>
        </w:tc>
        <w:tc>
          <w:tcPr>
            <w:tcW w:w="404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8C86137" w14:textId="77777777" w:rsidR="00FF6EEB" w:rsidRPr="00CA3295" w:rsidRDefault="00FF6EEB">
            <w:pPr>
              <w:rPr>
                <w:rFonts w:asciiTheme="majorHAnsi" w:hAnsiTheme="majorHAnsi" w:cstheme="majorHAnsi"/>
                <w:lang w:val="de-DE"/>
              </w:rPr>
            </w:pPr>
          </w:p>
        </w:tc>
      </w:tr>
      <w:tr w:rsidR="00FF6EEB" w:rsidRPr="00CA3295" w14:paraId="6B1345CA" w14:textId="77777777" w:rsidTr="00CA3295">
        <w:trPr>
          <w:cantSplit/>
          <w:trHeight w:val="595"/>
          <w:jc w:val="center"/>
        </w:trPr>
        <w:tc>
          <w:tcPr>
            <w:tcW w:w="170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927D755" w14:textId="77777777" w:rsidR="00FF6EEB" w:rsidRPr="00CA3295" w:rsidRDefault="00FF6EEB">
            <w:pPr>
              <w:rPr>
                <w:rFonts w:asciiTheme="majorHAnsi" w:hAnsiTheme="majorHAnsi" w:cstheme="majorHAnsi"/>
                <w:lang w:val="de-DE"/>
              </w:rPr>
            </w:pPr>
          </w:p>
        </w:tc>
        <w:tc>
          <w:tcPr>
            <w:tcW w:w="4081"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87C929F" w14:textId="77777777" w:rsidR="00FF6EEB" w:rsidRPr="00CA3295" w:rsidRDefault="00FF6EEB">
            <w:pPr>
              <w:rPr>
                <w:rFonts w:asciiTheme="majorHAnsi" w:hAnsiTheme="majorHAnsi" w:cstheme="majorHAnsi"/>
                <w:lang w:val="de-DE"/>
              </w:rPr>
            </w:pPr>
          </w:p>
        </w:tc>
        <w:tc>
          <w:tcPr>
            <w:tcW w:w="404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E11C72F" w14:textId="77777777" w:rsidR="00FF6EEB" w:rsidRPr="00CA3295" w:rsidRDefault="00FF6EEB">
            <w:pPr>
              <w:rPr>
                <w:rFonts w:asciiTheme="majorHAnsi" w:hAnsiTheme="majorHAnsi" w:cstheme="majorHAnsi"/>
                <w:lang w:val="de-DE"/>
              </w:rPr>
            </w:pPr>
          </w:p>
        </w:tc>
      </w:tr>
    </w:tbl>
    <w:p w14:paraId="5D694FEA" w14:textId="77777777" w:rsidR="00FF6EEB" w:rsidRPr="00CA3295" w:rsidRDefault="008A360B">
      <w:pPr>
        <w:spacing w:before="140"/>
        <w:rPr>
          <w:rFonts w:asciiTheme="majorHAnsi" w:hAnsiTheme="majorHAnsi" w:cstheme="majorHAnsi"/>
          <w:lang w:val="de-DE"/>
        </w:rPr>
      </w:pPr>
      <w:r w:rsidRPr="00CA3295">
        <w:rPr>
          <w:rFonts w:asciiTheme="majorHAnsi" w:hAnsiTheme="majorHAnsi" w:cstheme="majorHAnsi"/>
          <w:b/>
          <w:color w:val="1F4E78"/>
          <w:sz w:val="26"/>
          <w:lang w:val="de-DE"/>
        </w:rPr>
        <w:t>Beratung während der Arbeitsphase</w:t>
      </w:r>
    </w:p>
    <w:tbl>
      <w:tblPr>
        <w:tblW w:w="0" w:type="auto"/>
        <w:jc w:val="center"/>
        <w:tblLayout w:type="fixed"/>
        <w:tblLook w:val="04A0" w:firstRow="1" w:lastRow="0" w:firstColumn="1" w:lastColumn="0" w:noHBand="0" w:noVBand="1"/>
      </w:tblPr>
      <w:tblGrid>
        <w:gridCol w:w="1700"/>
        <w:gridCol w:w="3514"/>
        <w:gridCol w:w="4535"/>
      </w:tblGrid>
      <w:tr w:rsidR="00FF6EEB" w:rsidRPr="00CA3295" w14:paraId="2B9819BA" w14:textId="77777777">
        <w:trPr>
          <w:cantSplit/>
          <w:jc w:val="center"/>
        </w:trPr>
        <w:tc>
          <w:tcPr>
            <w:tcW w:w="1700"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2C2BB5D3"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8"/>
                <w:lang w:val="de-DE"/>
              </w:rPr>
              <w:t>Datum</w:t>
            </w:r>
          </w:p>
        </w:tc>
        <w:tc>
          <w:tcPr>
            <w:tcW w:w="3514"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23EB361F"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8"/>
                <w:lang w:val="de-DE"/>
              </w:rPr>
              <w:t>Worum ging es?</w:t>
            </w:r>
          </w:p>
        </w:tc>
        <w:tc>
          <w:tcPr>
            <w:tcW w:w="4535"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11880E45"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8"/>
                <w:lang w:val="de-DE"/>
              </w:rPr>
              <w:t>Was nehme ich für die Weiterarbeit mit?</w:t>
            </w:r>
          </w:p>
        </w:tc>
      </w:tr>
      <w:tr w:rsidR="00FF6EEB" w:rsidRPr="00CA3295" w14:paraId="70523E99" w14:textId="77777777">
        <w:trPr>
          <w:cantSplit/>
          <w:trHeight w:val="651"/>
          <w:jc w:val="center"/>
        </w:trPr>
        <w:tc>
          <w:tcPr>
            <w:tcW w:w="170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051FB1F1" w14:textId="77777777" w:rsidR="00FF6EEB" w:rsidRPr="00CA3295" w:rsidRDefault="00FF6EEB">
            <w:pPr>
              <w:rPr>
                <w:rFonts w:asciiTheme="majorHAnsi" w:hAnsiTheme="majorHAnsi" w:cstheme="majorHAnsi"/>
                <w:lang w:val="de-DE"/>
              </w:rPr>
            </w:pPr>
          </w:p>
        </w:tc>
        <w:tc>
          <w:tcPr>
            <w:tcW w:w="3514"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BFA14F6" w14:textId="77777777" w:rsidR="00FF6EEB" w:rsidRPr="00CA3295" w:rsidRDefault="00FF6EEB">
            <w:pPr>
              <w:rPr>
                <w:rFonts w:asciiTheme="majorHAnsi" w:hAnsiTheme="majorHAnsi" w:cstheme="majorHAnsi"/>
                <w:lang w:val="de-DE"/>
              </w:rPr>
            </w:pPr>
          </w:p>
        </w:tc>
        <w:tc>
          <w:tcPr>
            <w:tcW w:w="4535"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402F3DD" w14:textId="77777777" w:rsidR="00FF6EEB" w:rsidRPr="00CA3295" w:rsidRDefault="00FF6EEB">
            <w:pPr>
              <w:rPr>
                <w:rFonts w:asciiTheme="majorHAnsi" w:hAnsiTheme="majorHAnsi" w:cstheme="majorHAnsi"/>
                <w:lang w:val="de-DE"/>
              </w:rPr>
            </w:pPr>
          </w:p>
        </w:tc>
      </w:tr>
      <w:tr w:rsidR="00FF6EEB" w:rsidRPr="00CA3295" w14:paraId="1EC03E48" w14:textId="77777777">
        <w:trPr>
          <w:cantSplit/>
          <w:trHeight w:val="651"/>
          <w:jc w:val="center"/>
        </w:trPr>
        <w:tc>
          <w:tcPr>
            <w:tcW w:w="170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1E386134" w14:textId="77777777" w:rsidR="00FF6EEB" w:rsidRPr="00CA3295" w:rsidRDefault="00FF6EEB">
            <w:pPr>
              <w:rPr>
                <w:rFonts w:asciiTheme="majorHAnsi" w:hAnsiTheme="majorHAnsi" w:cstheme="majorHAnsi"/>
                <w:lang w:val="de-DE"/>
              </w:rPr>
            </w:pPr>
          </w:p>
        </w:tc>
        <w:tc>
          <w:tcPr>
            <w:tcW w:w="3514"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3F5D7D6" w14:textId="77777777" w:rsidR="00FF6EEB" w:rsidRPr="00CA3295" w:rsidRDefault="00FF6EEB">
            <w:pPr>
              <w:rPr>
                <w:rFonts w:asciiTheme="majorHAnsi" w:hAnsiTheme="majorHAnsi" w:cstheme="majorHAnsi"/>
                <w:lang w:val="de-DE"/>
              </w:rPr>
            </w:pPr>
          </w:p>
        </w:tc>
        <w:tc>
          <w:tcPr>
            <w:tcW w:w="4535"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96625AD" w14:textId="77777777" w:rsidR="00FF6EEB" w:rsidRPr="00CA3295" w:rsidRDefault="00FF6EEB">
            <w:pPr>
              <w:rPr>
                <w:rFonts w:asciiTheme="majorHAnsi" w:hAnsiTheme="majorHAnsi" w:cstheme="majorHAnsi"/>
                <w:lang w:val="de-DE"/>
              </w:rPr>
            </w:pPr>
          </w:p>
        </w:tc>
      </w:tr>
    </w:tbl>
    <w:p w14:paraId="5022213A" w14:textId="77777777" w:rsidR="00FF6EEB" w:rsidRPr="00CA3295" w:rsidRDefault="008A360B">
      <w:pPr>
        <w:rPr>
          <w:rFonts w:asciiTheme="majorHAnsi" w:hAnsiTheme="majorHAnsi" w:cstheme="majorHAnsi"/>
          <w:lang w:val="de-DE"/>
        </w:rPr>
      </w:pPr>
      <w:r w:rsidRPr="00CA3295">
        <w:rPr>
          <w:rFonts w:asciiTheme="majorHAnsi" w:hAnsiTheme="majorHAnsi" w:cstheme="majorHAnsi"/>
          <w:lang w:val="de-DE"/>
        </w:rPr>
        <w:br w:type="page"/>
      </w:r>
    </w:p>
    <w:p w14:paraId="48619C71" w14:textId="77777777" w:rsidR="00FF6EEB" w:rsidRPr="00CA3295" w:rsidRDefault="008A360B">
      <w:pPr>
        <w:spacing w:after="120"/>
        <w:rPr>
          <w:rFonts w:asciiTheme="majorHAnsi" w:hAnsiTheme="majorHAnsi" w:cstheme="majorHAnsi"/>
          <w:color w:val="4F81BD" w:themeColor="accent1"/>
          <w:sz w:val="26"/>
          <w:szCs w:val="26"/>
          <w:lang w:val="de-DE"/>
        </w:rPr>
      </w:pPr>
      <w:r w:rsidRPr="00CA3295">
        <w:rPr>
          <w:rFonts w:asciiTheme="majorHAnsi" w:hAnsiTheme="majorHAnsi" w:cstheme="majorHAnsi"/>
          <w:b/>
          <w:color w:val="4F81BD" w:themeColor="accent1"/>
          <w:sz w:val="26"/>
          <w:szCs w:val="26"/>
          <w:lang w:val="de-DE"/>
        </w:rPr>
        <w:lastRenderedPageBreak/>
        <w:t>4 · QUELLENVERZEICHNIS</w:t>
      </w:r>
    </w:p>
    <w:tbl>
      <w:tblPr>
        <w:tblW w:w="0" w:type="auto"/>
        <w:jc w:val="center"/>
        <w:tblLayout w:type="fixed"/>
        <w:tblLook w:val="04A0" w:firstRow="1" w:lastRow="0" w:firstColumn="1" w:lastColumn="0" w:noHBand="0" w:noVBand="1"/>
      </w:tblPr>
      <w:tblGrid>
        <w:gridCol w:w="9781"/>
      </w:tblGrid>
      <w:tr w:rsidR="00FF6EEB" w:rsidRPr="00CA3295" w14:paraId="26F39DDC" w14:textId="77777777" w:rsidTr="00CA3295">
        <w:trPr>
          <w:cantSplit/>
          <w:jc w:val="center"/>
        </w:trPr>
        <w:tc>
          <w:tcPr>
            <w:tcW w:w="9781" w:type="dxa"/>
            <w:tcBorders>
              <w:top w:val="single" w:sz="7" w:space="0" w:color="7E9DB9"/>
              <w:left w:val="single" w:sz="7" w:space="0" w:color="7E9DB9"/>
              <w:bottom w:val="single" w:sz="7" w:space="0" w:color="7E9DB9"/>
              <w:right w:val="single" w:sz="7" w:space="0" w:color="7E9DB9"/>
            </w:tcBorders>
            <w:shd w:val="clear" w:color="auto" w:fill="EEF5F9"/>
            <w:tcMar>
              <w:top w:w="100" w:type="dxa"/>
              <w:left w:w="110" w:type="dxa"/>
              <w:bottom w:w="100" w:type="dxa"/>
              <w:right w:w="110" w:type="dxa"/>
            </w:tcMar>
          </w:tcPr>
          <w:p w14:paraId="63BB63E1" w14:textId="2A78D877"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1F4E78"/>
                <w:lang w:val="de-DE"/>
              </w:rPr>
              <w:t xml:space="preserve">Verbindlich: </w:t>
            </w:r>
            <w:r w:rsidRPr="00CA3295">
              <w:rPr>
                <w:rFonts w:asciiTheme="majorHAnsi" w:hAnsiTheme="majorHAnsi" w:cstheme="majorHAnsi"/>
                <w:lang w:val="de-DE"/>
              </w:rPr>
              <w:t>Gib alle Quellen an, die du für die Vorbereitung tatsächlich verwendet hast. Die Angaben müssen so genau sein, dass die Quelle wiedergefunden werden kann. Bei Internetquellen gehört das Datum des letzten Zugriffs dazu.</w:t>
            </w:r>
            <w:r w:rsidR="00816049">
              <w:rPr>
                <w:rFonts w:asciiTheme="majorHAnsi" w:hAnsiTheme="majorHAnsi" w:cstheme="majorHAnsi"/>
                <w:lang w:val="de-DE"/>
              </w:rPr>
              <w:t xml:space="preserve"> </w:t>
            </w:r>
            <w:r w:rsidR="00816049" w:rsidRPr="00816049">
              <w:rPr>
                <w:rFonts w:ascii="Calibri" w:hAnsi="Calibri" w:cs="Calibri"/>
                <w:sz w:val="24"/>
                <w:szCs w:val="24"/>
                <w:lang w:val="de-DE"/>
              </w:rPr>
              <w:t>(Bei Bedarf weitere Zeilen ergänzen.)</w:t>
            </w:r>
          </w:p>
        </w:tc>
      </w:tr>
    </w:tbl>
    <w:p w14:paraId="6AFBC2B5" w14:textId="77777777" w:rsidR="00FF6EEB" w:rsidRPr="00CA3295" w:rsidRDefault="008A360B">
      <w:pPr>
        <w:spacing w:before="140"/>
        <w:rPr>
          <w:rFonts w:asciiTheme="majorHAnsi" w:hAnsiTheme="majorHAnsi" w:cstheme="majorHAnsi"/>
          <w:lang w:val="de-DE"/>
        </w:rPr>
      </w:pPr>
      <w:r w:rsidRPr="00CA3295">
        <w:rPr>
          <w:rFonts w:asciiTheme="majorHAnsi" w:hAnsiTheme="majorHAnsi" w:cstheme="majorHAnsi"/>
          <w:b/>
          <w:color w:val="1F4E78"/>
          <w:sz w:val="26"/>
          <w:lang w:val="de-DE"/>
        </w:rPr>
        <w:t>Bücher, Zeitschriften, Zeitungen und andere gedruckte Quellen</w:t>
      </w:r>
    </w:p>
    <w:tbl>
      <w:tblPr>
        <w:tblW w:w="0" w:type="auto"/>
        <w:jc w:val="center"/>
        <w:tblLayout w:type="fixed"/>
        <w:tblLook w:val="04A0" w:firstRow="1" w:lastRow="0" w:firstColumn="1" w:lastColumn="0" w:noHBand="0" w:noVBand="1"/>
      </w:tblPr>
      <w:tblGrid>
        <w:gridCol w:w="680"/>
        <w:gridCol w:w="9070"/>
      </w:tblGrid>
      <w:tr w:rsidR="00FF6EEB" w:rsidRPr="00CA3295" w14:paraId="000C2832" w14:textId="77777777">
        <w:trPr>
          <w:cantSplit/>
          <w:jc w:val="center"/>
        </w:trPr>
        <w:tc>
          <w:tcPr>
            <w:tcW w:w="680"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57698606"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9"/>
                <w:lang w:val="de-DE"/>
              </w:rPr>
              <w:t>Nr.</w:t>
            </w:r>
          </w:p>
        </w:tc>
        <w:tc>
          <w:tcPr>
            <w:tcW w:w="9070"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06478028"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9"/>
                <w:lang w:val="de-DE"/>
              </w:rPr>
              <w:t>Quellenangabe</w:t>
            </w:r>
          </w:p>
        </w:tc>
      </w:tr>
      <w:tr w:rsidR="00FF6EEB" w:rsidRPr="00CA3295" w14:paraId="7D14C8DC" w14:textId="77777777">
        <w:trPr>
          <w:cantSplit/>
          <w:trHeight w:val="453"/>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D6EB956"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1</w:t>
            </w:r>
          </w:p>
        </w:tc>
        <w:tc>
          <w:tcPr>
            <w:tcW w:w="907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BC91AC5" w14:textId="77777777" w:rsidR="00FF6EEB" w:rsidRPr="00CA3295" w:rsidRDefault="00FF6EEB">
            <w:pPr>
              <w:rPr>
                <w:rFonts w:asciiTheme="majorHAnsi" w:hAnsiTheme="majorHAnsi" w:cstheme="majorHAnsi"/>
                <w:lang w:val="de-DE"/>
              </w:rPr>
            </w:pPr>
          </w:p>
        </w:tc>
      </w:tr>
      <w:tr w:rsidR="00FF6EEB" w:rsidRPr="00CA3295" w14:paraId="0BEADB85" w14:textId="77777777">
        <w:trPr>
          <w:cantSplit/>
          <w:trHeight w:val="453"/>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16AA333"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2</w:t>
            </w:r>
          </w:p>
        </w:tc>
        <w:tc>
          <w:tcPr>
            <w:tcW w:w="907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130397FF" w14:textId="77777777" w:rsidR="00FF6EEB" w:rsidRPr="00CA3295" w:rsidRDefault="00FF6EEB">
            <w:pPr>
              <w:rPr>
                <w:rFonts w:asciiTheme="majorHAnsi" w:hAnsiTheme="majorHAnsi" w:cstheme="majorHAnsi"/>
                <w:lang w:val="de-DE"/>
              </w:rPr>
            </w:pPr>
          </w:p>
        </w:tc>
      </w:tr>
      <w:tr w:rsidR="00FF6EEB" w:rsidRPr="00CA3295" w14:paraId="28CA69CC" w14:textId="77777777">
        <w:trPr>
          <w:cantSplit/>
          <w:trHeight w:val="453"/>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BF4348A"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3</w:t>
            </w:r>
          </w:p>
        </w:tc>
        <w:tc>
          <w:tcPr>
            <w:tcW w:w="907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29066F3" w14:textId="77777777" w:rsidR="00FF6EEB" w:rsidRPr="00CA3295" w:rsidRDefault="00FF6EEB">
            <w:pPr>
              <w:rPr>
                <w:rFonts w:asciiTheme="majorHAnsi" w:hAnsiTheme="majorHAnsi" w:cstheme="majorHAnsi"/>
                <w:lang w:val="de-DE"/>
              </w:rPr>
            </w:pPr>
          </w:p>
        </w:tc>
      </w:tr>
      <w:tr w:rsidR="00FF6EEB" w:rsidRPr="00CA3295" w14:paraId="497BB04D" w14:textId="77777777">
        <w:trPr>
          <w:cantSplit/>
          <w:trHeight w:val="453"/>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84971C6"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4</w:t>
            </w:r>
          </w:p>
        </w:tc>
        <w:tc>
          <w:tcPr>
            <w:tcW w:w="907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49EC1C0" w14:textId="77777777" w:rsidR="00FF6EEB" w:rsidRPr="00CA3295" w:rsidRDefault="00FF6EEB">
            <w:pPr>
              <w:rPr>
                <w:rFonts w:asciiTheme="majorHAnsi" w:hAnsiTheme="majorHAnsi" w:cstheme="majorHAnsi"/>
                <w:lang w:val="de-DE"/>
              </w:rPr>
            </w:pPr>
          </w:p>
        </w:tc>
      </w:tr>
    </w:tbl>
    <w:p w14:paraId="292753BD" w14:textId="77777777" w:rsidR="00FF6EEB" w:rsidRPr="00CA3295" w:rsidRDefault="008A360B">
      <w:pPr>
        <w:spacing w:before="140"/>
        <w:rPr>
          <w:rFonts w:asciiTheme="majorHAnsi" w:hAnsiTheme="majorHAnsi" w:cstheme="majorHAnsi"/>
          <w:lang w:val="de-DE"/>
        </w:rPr>
      </w:pPr>
      <w:r w:rsidRPr="00CA3295">
        <w:rPr>
          <w:rFonts w:asciiTheme="majorHAnsi" w:hAnsiTheme="majorHAnsi" w:cstheme="majorHAnsi"/>
          <w:b/>
          <w:color w:val="1F4E78"/>
          <w:sz w:val="26"/>
          <w:lang w:val="de-DE"/>
        </w:rPr>
        <w:t>Internetquellen und digitale Veröffentlichungen</w:t>
      </w:r>
    </w:p>
    <w:tbl>
      <w:tblPr>
        <w:tblW w:w="0" w:type="auto"/>
        <w:jc w:val="center"/>
        <w:tblLayout w:type="fixed"/>
        <w:tblLook w:val="04A0" w:firstRow="1" w:lastRow="0" w:firstColumn="1" w:lastColumn="0" w:noHBand="0" w:noVBand="1"/>
      </w:tblPr>
      <w:tblGrid>
        <w:gridCol w:w="680"/>
        <w:gridCol w:w="6916"/>
        <w:gridCol w:w="2154"/>
      </w:tblGrid>
      <w:tr w:rsidR="00FF6EEB" w:rsidRPr="00CA3295" w14:paraId="67879424" w14:textId="77777777">
        <w:trPr>
          <w:cantSplit/>
          <w:jc w:val="center"/>
        </w:trPr>
        <w:tc>
          <w:tcPr>
            <w:tcW w:w="680"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64C4445D"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8"/>
                <w:lang w:val="de-DE"/>
              </w:rPr>
              <w:t>Nr.</w:t>
            </w:r>
          </w:p>
        </w:tc>
        <w:tc>
          <w:tcPr>
            <w:tcW w:w="6916"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587F814B"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8"/>
                <w:lang w:val="de-DE"/>
              </w:rPr>
              <w:t>Titel / Anbieter / Internetadresse</w:t>
            </w:r>
          </w:p>
        </w:tc>
        <w:tc>
          <w:tcPr>
            <w:tcW w:w="2154"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2E900E76"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8"/>
                <w:lang w:val="de-DE"/>
              </w:rPr>
              <w:t>letzter Zugriff</w:t>
            </w:r>
          </w:p>
        </w:tc>
      </w:tr>
      <w:tr w:rsidR="00FF6EEB" w:rsidRPr="00CA3295" w14:paraId="39711484" w14:textId="77777777">
        <w:trPr>
          <w:cantSplit/>
          <w:trHeight w:val="476"/>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74B09A9"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1</w:t>
            </w:r>
          </w:p>
        </w:tc>
        <w:tc>
          <w:tcPr>
            <w:tcW w:w="6916"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4BE7767" w14:textId="77777777" w:rsidR="00FF6EEB" w:rsidRPr="00CA3295" w:rsidRDefault="00FF6EEB">
            <w:pPr>
              <w:rPr>
                <w:rFonts w:asciiTheme="majorHAnsi" w:hAnsiTheme="majorHAnsi" w:cstheme="majorHAnsi"/>
                <w:lang w:val="de-DE"/>
              </w:rPr>
            </w:pPr>
          </w:p>
        </w:tc>
        <w:tc>
          <w:tcPr>
            <w:tcW w:w="2154"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9F7908C" w14:textId="77777777" w:rsidR="00FF6EEB" w:rsidRPr="00CA3295" w:rsidRDefault="00FF6EEB">
            <w:pPr>
              <w:rPr>
                <w:rFonts w:asciiTheme="majorHAnsi" w:hAnsiTheme="majorHAnsi" w:cstheme="majorHAnsi"/>
                <w:lang w:val="de-DE"/>
              </w:rPr>
            </w:pPr>
          </w:p>
        </w:tc>
      </w:tr>
      <w:tr w:rsidR="00FF6EEB" w:rsidRPr="00CA3295" w14:paraId="2BA19222" w14:textId="77777777">
        <w:trPr>
          <w:cantSplit/>
          <w:trHeight w:val="476"/>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22CD4A2"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2</w:t>
            </w:r>
          </w:p>
        </w:tc>
        <w:tc>
          <w:tcPr>
            <w:tcW w:w="6916"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CE62C08" w14:textId="77777777" w:rsidR="00FF6EEB" w:rsidRPr="00CA3295" w:rsidRDefault="00FF6EEB">
            <w:pPr>
              <w:rPr>
                <w:rFonts w:asciiTheme="majorHAnsi" w:hAnsiTheme="majorHAnsi" w:cstheme="majorHAnsi"/>
                <w:lang w:val="de-DE"/>
              </w:rPr>
            </w:pPr>
          </w:p>
        </w:tc>
        <w:tc>
          <w:tcPr>
            <w:tcW w:w="2154"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5341F4D" w14:textId="77777777" w:rsidR="00FF6EEB" w:rsidRPr="00CA3295" w:rsidRDefault="00FF6EEB">
            <w:pPr>
              <w:rPr>
                <w:rFonts w:asciiTheme="majorHAnsi" w:hAnsiTheme="majorHAnsi" w:cstheme="majorHAnsi"/>
                <w:lang w:val="de-DE"/>
              </w:rPr>
            </w:pPr>
          </w:p>
        </w:tc>
      </w:tr>
      <w:tr w:rsidR="00FF6EEB" w:rsidRPr="00CA3295" w14:paraId="6605DC89" w14:textId="77777777">
        <w:trPr>
          <w:cantSplit/>
          <w:trHeight w:val="476"/>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06FEEED"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3</w:t>
            </w:r>
          </w:p>
        </w:tc>
        <w:tc>
          <w:tcPr>
            <w:tcW w:w="6916"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112DEC5E" w14:textId="77777777" w:rsidR="00FF6EEB" w:rsidRPr="00CA3295" w:rsidRDefault="00FF6EEB">
            <w:pPr>
              <w:rPr>
                <w:rFonts w:asciiTheme="majorHAnsi" w:hAnsiTheme="majorHAnsi" w:cstheme="majorHAnsi"/>
                <w:lang w:val="de-DE"/>
              </w:rPr>
            </w:pPr>
          </w:p>
        </w:tc>
        <w:tc>
          <w:tcPr>
            <w:tcW w:w="2154"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9D185C7" w14:textId="77777777" w:rsidR="00FF6EEB" w:rsidRPr="00CA3295" w:rsidRDefault="00FF6EEB">
            <w:pPr>
              <w:rPr>
                <w:rFonts w:asciiTheme="majorHAnsi" w:hAnsiTheme="majorHAnsi" w:cstheme="majorHAnsi"/>
                <w:lang w:val="de-DE"/>
              </w:rPr>
            </w:pPr>
          </w:p>
        </w:tc>
      </w:tr>
      <w:tr w:rsidR="00FF6EEB" w:rsidRPr="00CA3295" w14:paraId="7602AFF1" w14:textId="77777777">
        <w:trPr>
          <w:cantSplit/>
          <w:trHeight w:val="476"/>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09EA6B49"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4</w:t>
            </w:r>
          </w:p>
        </w:tc>
        <w:tc>
          <w:tcPr>
            <w:tcW w:w="6916"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01227823" w14:textId="77777777" w:rsidR="00FF6EEB" w:rsidRPr="00CA3295" w:rsidRDefault="00FF6EEB">
            <w:pPr>
              <w:rPr>
                <w:rFonts w:asciiTheme="majorHAnsi" w:hAnsiTheme="majorHAnsi" w:cstheme="majorHAnsi"/>
                <w:lang w:val="de-DE"/>
              </w:rPr>
            </w:pPr>
          </w:p>
        </w:tc>
        <w:tc>
          <w:tcPr>
            <w:tcW w:w="2154"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2677510" w14:textId="77777777" w:rsidR="00FF6EEB" w:rsidRPr="00CA3295" w:rsidRDefault="00FF6EEB">
            <w:pPr>
              <w:rPr>
                <w:rFonts w:asciiTheme="majorHAnsi" w:hAnsiTheme="majorHAnsi" w:cstheme="majorHAnsi"/>
                <w:lang w:val="de-DE"/>
              </w:rPr>
            </w:pPr>
          </w:p>
        </w:tc>
      </w:tr>
      <w:tr w:rsidR="00FF6EEB" w:rsidRPr="00CA3295" w14:paraId="3E06E2DD" w14:textId="77777777">
        <w:trPr>
          <w:cantSplit/>
          <w:trHeight w:val="476"/>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024A0AE"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5</w:t>
            </w:r>
          </w:p>
        </w:tc>
        <w:tc>
          <w:tcPr>
            <w:tcW w:w="6916"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83519A3" w14:textId="77777777" w:rsidR="00FF6EEB" w:rsidRPr="00CA3295" w:rsidRDefault="00FF6EEB">
            <w:pPr>
              <w:rPr>
                <w:rFonts w:asciiTheme="majorHAnsi" w:hAnsiTheme="majorHAnsi" w:cstheme="majorHAnsi"/>
                <w:lang w:val="de-DE"/>
              </w:rPr>
            </w:pPr>
          </w:p>
        </w:tc>
        <w:tc>
          <w:tcPr>
            <w:tcW w:w="2154"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82567AB" w14:textId="77777777" w:rsidR="00FF6EEB" w:rsidRPr="00CA3295" w:rsidRDefault="00FF6EEB">
            <w:pPr>
              <w:rPr>
                <w:rFonts w:asciiTheme="majorHAnsi" w:hAnsiTheme="majorHAnsi" w:cstheme="majorHAnsi"/>
                <w:lang w:val="de-DE"/>
              </w:rPr>
            </w:pPr>
          </w:p>
        </w:tc>
      </w:tr>
      <w:tr w:rsidR="00FF6EEB" w:rsidRPr="00CA3295" w14:paraId="7A3CA733" w14:textId="77777777">
        <w:trPr>
          <w:cantSplit/>
          <w:trHeight w:val="476"/>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93A06A9"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6</w:t>
            </w:r>
          </w:p>
        </w:tc>
        <w:tc>
          <w:tcPr>
            <w:tcW w:w="6916"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21E5B16" w14:textId="77777777" w:rsidR="00FF6EEB" w:rsidRPr="00CA3295" w:rsidRDefault="00FF6EEB">
            <w:pPr>
              <w:rPr>
                <w:rFonts w:asciiTheme="majorHAnsi" w:hAnsiTheme="majorHAnsi" w:cstheme="majorHAnsi"/>
                <w:lang w:val="de-DE"/>
              </w:rPr>
            </w:pPr>
          </w:p>
        </w:tc>
        <w:tc>
          <w:tcPr>
            <w:tcW w:w="2154"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1991EBA" w14:textId="77777777" w:rsidR="00FF6EEB" w:rsidRPr="00CA3295" w:rsidRDefault="00FF6EEB">
            <w:pPr>
              <w:rPr>
                <w:rFonts w:asciiTheme="majorHAnsi" w:hAnsiTheme="majorHAnsi" w:cstheme="majorHAnsi"/>
                <w:lang w:val="de-DE"/>
              </w:rPr>
            </w:pPr>
          </w:p>
        </w:tc>
      </w:tr>
    </w:tbl>
    <w:p w14:paraId="03E7435F" w14:textId="77777777" w:rsidR="00FF6EEB" w:rsidRPr="00CA3295" w:rsidRDefault="008A360B">
      <w:pPr>
        <w:spacing w:before="140"/>
        <w:rPr>
          <w:rFonts w:asciiTheme="majorHAnsi" w:hAnsiTheme="majorHAnsi" w:cstheme="majorHAnsi"/>
          <w:lang w:val="de-DE"/>
        </w:rPr>
      </w:pPr>
      <w:r w:rsidRPr="00CA3295">
        <w:rPr>
          <w:rFonts w:asciiTheme="majorHAnsi" w:hAnsiTheme="majorHAnsi" w:cstheme="majorHAnsi"/>
          <w:b/>
          <w:color w:val="1F4E78"/>
          <w:sz w:val="26"/>
          <w:lang w:val="de-DE"/>
        </w:rPr>
        <w:t>Bilder, Grafiken, Statistiken, Videos oder sonstige Materialien</w:t>
      </w:r>
    </w:p>
    <w:tbl>
      <w:tblPr>
        <w:tblW w:w="0" w:type="auto"/>
        <w:jc w:val="center"/>
        <w:tblLayout w:type="fixed"/>
        <w:tblLook w:val="04A0" w:firstRow="1" w:lastRow="0" w:firstColumn="1" w:lastColumn="0" w:noHBand="0" w:noVBand="1"/>
      </w:tblPr>
      <w:tblGrid>
        <w:gridCol w:w="680"/>
        <w:gridCol w:w="9070"/>
      </w:tblGrid>
      <w:tr w:rsidR="00FF6EEB" w:rsidRPr="00CA3295" w14:paraId="577A0494" w14:textId="77777777">
        <w:trPr>
          <w:cantSplit/>
          <w:jc w:val="center"/>
        </w:trPr>
        <w:tc>
          <w:tcPr>
            <w:tcW w:w="680"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5A104018"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9"/>
                <w:lang w:val="de-DE"/>
              </w:rPr>
              <w:t>Nr.</w:t>
            </w:r>
          </w:p>
        </w:tc>
        <w:tc>
          <w:tcPr>
            <w:tcW w:w="9070"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3C77B57B"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9"/>
                <w:lang w:val="de-DE"/>
              </w:rPr>
              <w:t>Quellenangabe / Herkunft</w:t>
            </w:r>
          </w:p>
        </w:tc>
      </w:tr>
      <w:tr w:rsidR="00FF6EEB" w:rsidRPr="00CA3295" w14:paraId="2AC56DE9" w14:textId="77777777">
        <w:trPr>
          <w:cantSplit/>
          <w:trHeight w:val="442"/>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F0E73E2"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1</w:t>
            </w:r>
          </w:p>
        </w:tc>
        <w:tc>
          <w:tcPr>
            <w:tcW w:w="907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880A84D" w14:textId="77777777" w:rsidR="00FF6EEB" w:rsidRPr="00CA3295" w:rsidRDefault="00FF6EEB">
            <w:pPr>
              <w:rPr>
                <w:rFonts w:asciiTheme="majorHAnsi" w:hAnsiTheme="majorHAnsi" w:cstheme="majorHAnsi"/>
                <w:lang w:val="de-DE"/>
              </w:rPr>
            </w:pPr>
          </w:p>
        </w:tc>
      </w:tr>
      <w:tr w:rsidR="00FF6EEB" w:rsidRPr="00CA3295" w14:paraId="610B9C6A" w14:textId="77777777">
        <w:trPr>
          <w:cantSplit/>
          <w:trHeight w:val="442"/>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316589C"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2</w:t>
            </w:r>
          </w:p>
        </w:tc>
        <w:tc>
          <w:tcPr>
            <w:tcW w:w="907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B525820" w14:textId="77777777" w:rsidR="00FF6EEB" w:rsidRPr="00CA3295" w:rsidRDefault="00FF6EEB">
            <w:pPr>
              <w:rPr>
                <w:rFonts w:asciiTheme="majorHAnsi" w:hAnsiTheme="majorHAnsi" w:cstheme="majorHAnsi"/>
                <w:lang w:val="de-DE"/>
              </w:rPr>
            </w:pPr>
          </w:p>
        </w:tc>
      </w:tr>
      <w:tr w:rsidR="00FF6EEB" w:rsidRPr="00CA3295" w14:paraId="7D54E415" w14:textId="77777777">
        <w:trPr>
          <w:cantSplit/>
          <w:trHeight w:val="442"/>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157C71B7"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3</w:t>
            </w:r>
          </w:p>
        </w:tc>
        <w:tc>
          <w:tcPr>
            <w:tcW w:w="907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2233FD6" w14:textId="77777777" w:rsidR="00FF6EEB" w:rsidRPr="00CA3295" w:rsidRDefault="00FF6EEB">
            <w:pPr>
              <w:rPr>
                <w:rFonts w:asciiTheme="majorHAnsi" w:hAnsiTheme="majorHAnsi" w:cstheme="majorHAnsi"/>
                <w:lang w:val="de-DE"/>
              </w:rPr>
            </w:pPr>
          </w:p>
        </w:tc>
      </w:tr>
      <w:tr w:rsidR="00FF6EEB" w:rsidRPr="00CA3295" w14:paraId="7D997692" w14:textId="77777777">
        <w:trPr>
          <w:cantSplit/>
          <w:trHeight w:val="442"/>
          <w:jc w:val="center"/>
        </w:trPr>
        <w:tc>
          <w:tcPr>
            <w:tcW w:w="68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CBEF6AF"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4</w:t>
            </w:r>
          </w:p>
        </w:tc>
        <w:tc>
          <w:tcPr>
            <w:tcW w:w="9070"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050A7790" w14:textId="77777777" w:rsidR="00FF6EEB" w:rsidRPr="00CA3295" w:rsidRDefault="00FF6EEB">
            <w:pPr>
              <w:rPr>
                <w:rFonts w:asciiTheme="majorHAnsi" w:hAnsiTheme="majorHAnsi" w:cstheme="majorHAnsi"/>
                <w:lang w:val="de-DE"/>
              </w:rPr>
            </w:pPr>
          </w:p>
        </w:tc>
      </w:tr>
    </w:tbl>
    <w:p w14:paraId="0366C624" w14:textId="77777777" w:rsidR="00FF6EEB" w:rsidRPr="00CA3295" w:rsidRDefault="008A360B">
      <w:pPr>
        <w:rPr>
          <w:rFonts w:asciiTheme="majorHAnsi" w:hAnsiTheme="majorHAnsi" w:cstheme="majorHAnsi"/>
          <w:lang w:val="de-DE"/>
        </w:rPr>
      </w:pPr>
      <w:r w:rsidRPr="00CA3295">
        <w:rPr>
          <w:rFonts w:asciiTheme="majorHAnsi" w:hAnsiTheme="majorHAnsi" w:cstheme="majorHAnsi"/>
          <w:lang w:val="de-DE"/>
        </w:rPr>
        <w:br w:type="page"/>
      </w:r>
    </w:p>
    <w:p w14:paraId="18CBF360" w14:textId="77777777" w:rsidR="00FF6EEB" w:rsidRPr="00CA3295" w:rsidRDefault="008A360B">
      <w:pPr>
        <w:spacing w:after="120"/>
        <w:rPr>
          <w:rFonts w:asciiTheme="majorHAnsi" w:hAnsiTheme="majorHAnsi" w:cstheme="majorHAnsi"/>
          <w:color w:val="4F81BD" w:themeColor="accent1"/>
          <w:sz w:val="26"/>
          <w:szCs w:val="26"/>
          <w:lang w:val="de-DE"/>
        </w:rPr>
      </w:pPr>
      <w:r w:rsidRPr="00CA3295">
        <w:rPr>
          <w:rFonts w:asciiTheme="majorHAnsi" w:hAnsiTheme="majorHAnsi" w:cstheme="majorHAnsi"/>
          <w:b/>
          <w:color w:val="4F81BD" w:themeColor="accent1"/>
          <w:sz w:val="26"/>
          <w:szCs w:val="26"/>
          <w:lang w:val="de-DE"/>
        </w:rPr>
        <w:lastRenderedPageBreak/>
        <w:t>5 · HILFSMITTEL UND DIGITALE WERKZEUGE</w:t>
      </w:r>
    </w:p>
    <w:tbl>
      <w:tblPr>
        <w:tblW w:w="0" w:type="auto"/>
        <w:jc w:val="center"/>
        <w:tblLayout w:type="fixed"/>
        <w:tblLook w:val="04A0" w:firstRow="1" w:lastRow="0" w:firstColumn="1" w:lastColumn="0" w:noHBand="0" w:noVBand="1"/>
      </w:tblPr>
      <w:tblGrid>
        <w:gridCol w:w="2324"/>
        <w:gridCol w:w="3458"/>
        <w:gridCol w:w="4046"/>
      </w:tblGrid>
      <w:tr w:rsidR="00FF6EEB" w:rsidRPr="00FF00FB" w14:paraId="5264A45B" w14:textId="77777777" w:rsidTr="00CA3295">
        <w:trPr>
          <w:cantSplit/>
          <w:jc w:val="center"/>
        </w:trPr>
        <w:tc>
          <w:tcPr>
            <w:tcW w:w="9828" w:type="dxa"/>
            <w:gridSpan w:val="3"/>
            <w:tcBorders>
              <w:top w:val="single" w:sz="7" w:space="0" w:color="7E9DB9"/>
              <w:left w:val="single" w:sz="7" w:space="0" w:color="7E9DB9"/>
              <w:bottom w:val="single" w:sz="7" w:space="0" w:color="7E9DB9"/>
              <w:right w:val="single" w:sz="7" w:space="0" w:color="7E9DB9"/>
            </w:tcBorders>
            <w:shd w:val="clear" w:color="auto" w:fill="EEF5F9"/>
            <w:tcMar>
              <w:top w:w="100" w:type="dxa"/>
              <w:left w:w="110" w:type="dxa"/>
              <w:bottom w:w="100" w:type="dxa"/>
              <w:right w:w="110" w:type="dxa"/>
            </w:tcMar>
          </w:tcPr>
          <w:p w14:paraId="6344685D"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b/>
                <w:color w:val="1F4E78"/>
                <w:lang w:val="de-DE"/>
              </w:rPr>
              <w:t xml:space="preserve">Transparenz: </w:t>
            </w:r>
            <w:r w:rsidRPr="00CA3295">
              <w:rPr>
                <w:rFonts w:asciiTheme="majorHAnsi" w:hAnsiTheme="majorHAnsi" w:cstheme="majorHAnsi"/>
                <w:lang w:val="de-DE"/>
              </w:rPr>
              <w:t xml:space="preserve">Wenn du digitale Werkzeuge oder KI-Anwendungen verwendet hast, trage ein, wofür du sie eingesetzt hast und wie du die Ergebnisse geprüft oder weiterverarbeitet hast. Wenn du keine </w:t>
            </w:r>
            <w:proofErr w:type="gramStart"/>
            <w:r w:rsidRPr="00CA3295">
              <w:rPr>
                <w:rFonts w:asciiTheme="majorHAnsi" w:hAnsiTheme="majorHAnsi" w:cstheme="majorHAnsi"/>
                <w:lang w:val="de-DE"/>
              </w:rPr>
              <w:t>solchen Werkzeuge</w:t>
            </w:r>
            <w:proofErr w:type="gramEnd"/>
            <w:r w:rsidRPr="00CA3295">
              <w:rPr>
                <w:rFonts w:asciiTheme="majorHAnsi" w:hAnsiTheme="majorHAnsi" w:cstheme="majorHAnsi"/>
                <w:lang w:val="de-DE"/>
              </w:rPr>
              <w:t xml:space="preserve"> verwendet hast, vermerke „nicht verwendet“.</w:t>
            </w:r>
          </w:p>
        </w:tc>
      </w:tr>
      <w:tr w:rsidR="00FF6EEB" w:rsidRPr="00CA3295" w14:paraId="581BC471" w14:textId="77777777" w:rsidTr="00CA3295">
        <w:trPr>
          <w:cantSplit/>
          <w:jc w:val="center"/>
        </w:trPr>
        <w:tc>
          <w:tcPr>
            <w:tcW w:w="2324"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7A021876"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8"/>
                <w:lang w:val="de-DE"/>
              </w:rPr>
              <w:t>Werkzeug / Hilfsmittel</w:t>
            </w:r>
          </w:p>
        </w:tc>
        <w:tc>
          <w:tcPr>
            <w:tcW w:w="3458"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3D716C2A"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8"/>
                <w:lang w:val="de-DE"/>
              </w:rPr>
              <w:t>Wofür verwendet?</w:t>
            </w:r>
          </w:p>
        </w:tc>
        <w:tc>
          <w:tcPr>
            <w:tcW w:w="4046"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434F667E"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8"/>
                <w:lang w:val="de-DE"/>
              </w:rPr>
              <w:t>Wie habe ich das Ergebnis geprüft / weiterverarbeitet?</w:t>
            </w:r>
          </w:p>
        </w:tc>
      </w:tr>
      <w:tr w:rsidR="00FF6EEB" w:rsidRPr="00CA3295" w14:paraId="2DE8066A" w14:textId="77777777" w:rsidTr="00CA3295">
        <w:trPr>
          <w:cantSplit/>
          <w:trHeight w:val="566"/>
          <w:jc w:val="center"/>
        </w:trPr>
        <w:tc>
          <w:tcPr>
            <w:tcW w:w="2324"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C4C06A2" w14:textId="77777777" w:rsidR="00FF6EEB" w:rsidRPr="00CA3295" w:rsidRDefault="00FF6EEB">
            <w:pPr>
              <w:rPr>
                <w:rFonts w:asciiTheme="majorHAnsi" w:hAnsiTheme="majorHAnsi" w:cstheme="majorHAnsi"/>
                <w:lang w:val="de-DE"/>
              </w:rPr>
            </w:pPr>
          </w:p>
        </w:tc>
        <w:tc>
          <w:tcPr>
            <w:tcW w:w="345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BA737B0" w14:textId="77777777" w:rsidR="00FF6EEB" w:rsidRPr="00CA3295" w:rsidRDefault="00FF6EEB">
            <w:pPr>
              <w:rPr>
                <w:rFonts w:asciiTheme="majorHAnsi" w:hAnsiTheme="majorHAnsi" w:cstheme="majorHAnsi"/>
                <w:lang w:val="de-DE"/>
              </w:rPr>
            </w:pPr>
          </w:p>
        </w:tc>
        <w:tc>
          <w:tcPr>
            <w:tcW w:w="4046"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91035AC" w14:textId="77777777" w:rsidR="00FF6EEB" w:rsidRPr="00CA3295" w:rsidRDefault="00FF6EEB">
            <w:pPr>
              <w:rPr>
                <w:rFonts w:asciiTheme="majorHAnsi" w:hAnsiTheme="majorHAnsi" w:cstheme="majorHAnsi"/>
                <w:lang w:val="de-DE"/>
              </w:rPr>
            </w:pPr>
          </w:p>
        </w:tc>
      </w:tr>
      <w:tr w:rsidR="00FF6EEB" w:rsidRPr="00CA3295" w14:paraId="532C181D" w14:textId="77777777" w:rsidTr="00CA3295">
        <w:trPr>
          <w:cantSplit/>
          <w:trHeight w:val="566"/>
          <w:jc w:val="center"/>
        </w:trPr>
        <w:tc>
          <w:tcPr>
            <w:tcW w:w="2324"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94ADECF" w14:textId="77777777" w:rsidR="00FF6EEB" w:rsidRPr="00CA3295" w:rsidRDefault="00FF6EEB">
            <w:pPr>
              <w:rPr>
                <w:rFonts w:asciiTheme="majorHAnsi" w:hAnsiTheme="majorHAnsi" w:cstheme="majorHAnsi"/>
                <w:lang w:val="de-DE"/>
              </w:rPr>
            </w:pPr>
          </w:p>
        </w:tc>
        <w:tc>
          <w:tcPr>
            <w:tcW w:w="345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08527DEC" w14:textId="77777777" w:rsidR="00FF6EEB" w:rsidRPr="00CA3295" w:rsidRDefault="00FF6EEB">
            <w:pPr>
              <w:rPr>
                <w:rFonts w:asciiTheme="majorHAnsi" w:hAnsiTheme="majorHAnsi" w:cstheme="majorHAnsi"/>
                <w:lang w:val="de-DE"/>
              </w:rPr>
            </w:pPr>
          </w:p>
        </w:tc>
        <w:tc>
          <w:tcPr>
            <w:tcW w:w="4046"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FB58E97" w14:textId="77777777" w:rsidR="00FF6EEB" w:rsidRPr="00CA3295" w:rsidRDefault="00FF6EEB">
            <w:pPr>
              <w:rPr>
                <w:rFonts w:asciiTheme="majorHAnsi" w:hAnsiTheme="majorHAnsi" w:cstheme="majorHAnsi"/>
                <w:lang w:val="de-DE"/>
              </w:rPr>
            </w:pPr>
          </w:p>
        </w:tc>
      </w:tr>
      <w:tr w:rsidR="00FF6EEB" w:rsidRPr="00CA3295" w14:paraId="7178D78C" w14:textId="77777777" w:rsidTr="00CA3295">
        <w:trPr>
          <w:cantSplit/>
          <w:trHeight w:val="566"/>
          <w:jc w:val="center"/>
        </w:trPr>
        <w:tc>
          <w:tcPr>
            <w:tcW w:w="2324"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DA5E188" w14:textId="77777777" w:rsidR="00FF6EEB" w:rsidRPr="00CA3295" w:rsidRDefault="00FF6EEB">
            <w:pPr>
              <w:rPr>
                <w:rFonts w:asciiTheme="majorHAnsi" w:hAnsiTheme="majorHAnsi" w:cstheme="majorHAnsi"/>
                <w:lang w:val="de-DE"/>
              </w:rPr>
            </w:pPr>
          </w:p>
        </w:tc>
        <w:tc>
          <w:tcPr>
            <w:tcW w:w="345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FCA05CF" w14:textId="77777777" w:rsidR="00FF6EEB" w:rsidRPr="00CA3295" w:rsidRDefault="00FF6EEB">
            <w:pPr>
              <w:rPr>
                <w:rFonts w:asciiTheme="majorHAnsi" w:hAnsiTheme="majorHAnsi" w:cstheme="majorHAnsi"/>
                <w:lang w:val="de-DE"/>
              </w:rPr>
            </w:pPr>
          </w:p>
        </w:tc>
        <w:tc>
          <w:tcPr>
            <w:tcW w:w="4046"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44DA327" w14:textId="77777777" w:rsidR="00FF6EEB" w:rsidRPr="00CA3295" w:rsidRDefault="00FF6EEB">
            <w:pPr>
              <w:rPr>
                <w:rFonts w:asciiTheme="majorHAnsi" w:hAnsiTheme="majorHAnsi" w:cstheme="majorHAnsi"/>
                <w:lang w:val="de-DE"/>
              </w:rPr>
            </w:pPr>
          </w:p>
        </w:tc>
      </w:tr>
      <w:tr w:rsidR="00FF6EEB" w:rsidRPr="00CA3295" w14:paraId="20ECBC3F" w14:textId="77777777" w:rsidTr="00CA3295">
        <w:trPr>
          <w:cantSplit/>
          <w:trHeight w:val="566"/>
          <w:jc w:val="center"/>
        </w:trPr>
        <w:tc>
          <w:tcPr>
            <w:tcW w:w="2324"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3F20188" w14:textId="77777777" w:rsidR="00FF6EEB" w:rsidRPr="00CA3295" w:rsidRDefault="00FF6EEB">
            <w:pPr>
              <w:rPr>
                <w:rFonts w:asciiTheme="majorHAnsi" w:hAnsiTheme="majorHAnsi" w:cstheme="majorHAnsi"/>
                <w:lang w:val="de-DE"/>
              </w:rPr>
            </w:pPr>
          </w:p>
        </w:tc>
        <w:tc>
          <w:tcPr>
            <w:tcW w:w="345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63198FF" w14:textId="77777777" w:rsidR="00FF6EEB" w:rsidRPr="00CA3295" w:rsidRDefault="00FF6EEB">
            <w:pPr>
              <w:rPr>
                <w:rFonts w:asciiTheme="majorHAnsi" w:hAnsiTheme="majorHAnsi" w:cstheme="majorHAnsi"/>
                <w:lang w:val="de-DE"/>
              </w:rPr>
            </w:pPr>
          </w:p>
        </w:tc>
        <w:tc>
          <w:tcPr>
            <w:tcW w:w="4046"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7C73944" w14:textId="77777777" w:rsidR="00FF6EEB" w:rsidRPr="00CA3295" w:rsidRDefault="00FF6EEB">
            <w:pPr>
              <w:rPr>
                <w:rFonts w:asciiTheme="majorHAnsi" w:hAnsiTheme="majorHAnsi" w:cstheme="majorHAnsi"/>
                <w:lang w:val="de-DE"/>
              </w:rPr>
            </w:pPr>
          </w:p>
        </w:tc>
      </w:tr>
      <w:tr w:rsidR="00FF6EEB" w:rsidRPr="00CA3295" w14:paraId="5DE897F1" w14:textId="77777777" w:rsidTr="00CA3295">
        <w:trPr>
          <w:cantSplit/>
          <w:trHeight w:val="566"/>
          <w:jc w:val="center"/>
        </w:trPr>
        <w:tc>
          <w:tcPr>
            <w:tcW w:w="2324"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34FE8EDC" w14:textId="77777777" w:rsidR="00FF6EEB" w:rsidRPr="00CA3295" w:rsidRDefault="00FF6EEB">
            <w:pPr>
              <w:rPr>
                <w:rFonts w:asciiTheme="majorHAnsi" w:hAnsiTheme="majorHAnsi" w:cstheme="majorHAnsi"/>
                <w:lang w:val="de-DE"/>
              </w:rPr>
            </w:pPr>
          </w:p>
        </w:tc>
        <w:tc>
          <w:tcPr>
            <w:tcW w:w="3458"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4BB5CD3" w14:textId="77777777" w:rsidR="00FF6EEB" w:rsidRPr="00CA3295" w:rsidRDefault="00FF6EEB">
            <w:pPr>
              <w:rPr>
                <w:rFonts w:asciiTheme="majorHAnsi" w:hAnsiTheme="majorHAnsi" w:cstheme="majorHAnsi"/>
                <w:lang w:val="de-DE"/>
              </w:rPr>
            </w:pPr>
          </w:p>
        </w:tc>
        <w:tc>
          <w:tcPr>
            <w:tcW w:w="4046"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2E4C865" w14:textId="77777777" w:rsidR="00FF6EEB" w:rsidRPr="00CA3295" w:rsidRDefault="00FF6EEB">
            <w:pPr>
              <w:rPr>
                <w:rFonts w:asciiTheme="majorHAnsi" w:hAnsiTheme="majorHAnsi" w:cstheme="majorHAnsi"/>
                <w:lang w:val="de-DE"/>
              </w:rPr>
            </w:pPr>
          </w:p>
        </w:tc>
      </w:tr>
    </w:tbl>
    <w:p w14:paraId="3F19DCCE" w14:textId="77777777" w:rsidR="00FF6EEB" w:rsidRPr="00CA3295" w:rsidRDefault="008A360B">
      <w:pPr>
        <w:spacing w:before="140"/>
        <w:rPr>
          <w:rFonts w:asciiTheme="majorHAnsi" w:hAnsiTheme="majorHAnsi" w:cstheme="majorHAnsi"/>
          <w:color w:val="4F81BD" w:themeColor="accent1"/>
          <w:lang w:val="de-DE"/>
        </w:rPr>
      </w:pPr>
      <w:r w:rsidRPr="00CA3295">
        <w:rPr>
          <w:rFonts w:asciiTheme="majorHAnsi" w:hAnsiTheme="majorHAnsi" w:cstheme="majorHAnsi"/>
          <w:b/>
          <w:color w:val="4F81BD" w:themeColor="accent1"/>
          <w:sz w:val="26"/>
          <w:lang w:val="de-DE"/>
        </w:rPr>
        <w:t>6 · ANLAGEN (OPTIONAL)</w:t>
      </w:r>
    </w:p>
    <w:p w14:paraId="5E38A606" w14:textId="77777777" w:rsidR="00FF6EEB" w:rsidRPr="00CA3295" w:rsidRDefault="008A360B">
      <w:pPr>
        <w:spacing w:after="100"/>
        <w:rPr>
          <w:rFonts w:asciiTheme="majorHAnsi" w:hAnsiTheme="majorHAnsi" w:cstheme="majorHAnsi"/>
          <w:lang w:val="de-DE"/>
        </w:rPr>
      </w:pPr>
      <w:r w:rsidRPr="00CA3295">
        <w:rPr>
          <w:rFonts w:asciiTheme="majorHAnsi" w:hAnsiTheme="majorHAnsi" w:cstheme="majorHAnsi"/>
          <w:lang w:val="de-DE"/>
        </w:rPr>
        <w:t>Hier kannst du Materialien aufführen, die deinen Arbeitsprozess sinnvoll ergänzen, z. B. eigene Skizzen, Versuchsprotokolle, Umfrageergebnisse, Fotos einer praktischen Arbeit oder ausgewählte Entwürfe. Füge nur Anlagen bei, die wirklich einen Bezug zu deiner Vorbereitung haben.</w:t>
      </w:r>
    </w:p>
    <w:tbl>
      <w:tblPr>
        <w:tblW w:w="0" w:type="auto"/>
        <w:jc w:val="center"/>
        <w:tblLayout w:type="fixed"/>
        <w:tblLook w:val="04A0" w:firstRow="1" w:lastRow="0" w:firstColumn="1" w:lastColumn="0" w:noHBand="0" w:noVBand="1"/>
      </w:tblPr>
      <w:tblGrid>
        <w:gridCol w:w="1133"/>
        <w:gridCol w:w="8617"/>
      </w:tblGrid>
      <w:tr w:rsidR="00FF6EEB" w:rsidRPr="00CA3295" w14:paraId="7FE43EA0" w14:textId="77777777">
        <w:trPr>
          <w:cantSplit/>
          <w:jc w:val="center"/>
        </w:trPr>
        <w:tc>
          <w:tcPr>
            <w:tcW w:w="1133"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3E461031"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9"/>
                <w:lang w:val="de-DE"/>
              </w:rPr>
              <w:t>Anlage</w:t>
            </w:r>
          </w:p>
        </w:tc>
        <w:tc>
          <w:tcPr>
            <w:tcW w:w="8617" w:type="dxa"/>
            <w:tcBorders>
              <w:top w:val="single" w:sz="6" w:space="0" w:color="7E9DB9"/>
              <w:left w:val="single" w:sz="6" w:space="0" w:color="7E9DB9"/>
              <w:bottom w:val="single" w:sz="6" w:space="0" w:color="7E9DB9"/>
              <w:right w:val="single" w:sz="6" w:space="0" w:color="7E9DB9"/>
            </w:tcBorders>
            <w:shd w:val="clear" w:color="auto" w:fill="D9EAF4"/>
            <w:tcMar>
              <w:top w:w="80" w:type="dxa"/>
              <w:left w:w="90" w:type="dxa"/>
              <w:bottom w:w="80" w:type="dxa"/>
              <w:right w:w="90" w:type="dxa"/>
            </w:tcMar>
            <w:vAlign w:val="center"/>
          </w:tcPr>
          <w:p w14:paraId="20E803BD"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b/>
                <w:color w:val="243746"/>
                <w:sz w:val="19"/>
                <w:lang w:val="de-DE"/>
              </w:rPr>
              <w:t>Bezeichnung / kurze Erläuterung</w:t>
            </w:r>
          </w:p>
        </w:tc>
      </w:tr>
      <w:tr w:rsidR="00FF6EEB" w:rsidRPr="00CA3295" w14:paraId="76810FDD" w14:textId="77777777">
        <w:trPr>
          <w:cantSplit/>
          <w:trHeight w:val="408"/>
          <w:jc w:val="center"/>
        </w:trPr>
        <w:tc>
          <w:tcPr>
            <w:tcW w:w="1133"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72437F93"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1</w:t>
            </w:r>
          </w:p>
        </w:tc>
        <w:tc>
          <w:tcPr>
            <w:tcW w:w="861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2282298F" w14:textId="77777777" w:rsidR="00FF6EEB" w:rsidRPr="00CA3295" w:rsidRDefault="00FF6EEB">
            <w:pPr>
              <w:rPr>
                <w:rFonts w:asciiTheme="majorHAnsi" w:hAnsiTheme="majorHAnsi" w:cstheme="majorHAnsi"/>
                <w:lang w:val="de-DE"/>
              </w:rPr>
            </w:pPr>
          </w:p>
        </w:tc>
      </w:tr>
      <w:tr w:rsidR="00FF6EEB" w:rsidRPr="00CA3295" w14:paraId="7B1DFD46" w14:textId="77777777">
        <w:trPr>
          <w:cantSplit/>
          <w:trHeight w:val="408"/>
          <w:jc w:val="center"/>
        </w:trPr>
        <w:tc>
          <w:tcPr>
            <w:tcW w:w="1133"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04A84F9"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2</w:t>
            </w:r>
          </w:p>
        </w:tc>
        <w:tc>
          <w:tcPr>
            <w:tcW w:w="861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55DC2FAE" w14:textId="77777777" w:rsidR="00FF6EEB" w:rsidRPr="00CA3295" w:rsidRDefault="00FF6EEB">
            <w:pPr>
              <w:rPr>
                <w:rFonts w:asciiTheme="majorHAnsi" w:hAnsiTheme="majorHAnsi" w:cstheme="majorHAnsi"/>
                <w:lang w:val="de-DE"/>
              </w:rPr>
            </w:pPr>
          </w:p>
        </w:tc>
      </w:tr>
      <w:tr w:rsidR="00FF6EEB" w:rsidRPr="00CA3295" w14:paraId="5A7FAC39" w14:textId="77777777">
        <w:trPr>
          <w:cantSplit/>
          <w:trHeight w:val="408"/>
          <w:jc w:val="center"/>
        </w:trPr>
        <w:tc>
          <w:tcPr>
            <w:tcW w:w="1133"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88A692E"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3</w:t>
            </w:r>
          </w:p>
        </w:tc>
        <w:tc>
          <w:tcPr>
            <w:tcW w:w="861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00F1E235" w14:textId="77777777" w:rsidR="00FF6EEB" w:rsidRPr="00CA3295" w:rsidRDefault="00FF6EEB">
            <w:pPr>
              <w:rPr>
                <w:rFonts w:asciiTheme="majorHAnsi" w:hAnsiTheme="majorHAnsi" w:cstheme="majorHAnsi"/>
                <w:lang w:val="de-DE"/>
              </w:rPr>
            </w:pPr>
          </w:p>
        </w:tc>
      </w:tr>
      <w:tr w:rsidR="00FF6EEB" w:rsidRPr="00CA3295" w14:paraId="32E57775" w14:textId="77777777">
        <w:trPr>
          <w:cantSplit/>
          <w:trHeight w:val="408"/>
          <w:jc w:val="center"/>
        </w:trPr>
        <w:tc>
          <w:tcPr>
            <w:tcW w:w="1133"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EFEDD8C" w14:textId="77777777" w:rsidR="00FF6EEB" w:rsidRPr="00CA3295" w:rsidRDefault="008A360B">
            <w:pPr>
              <w:spacing w:after="0"/>
              <w:jc w:val="center"/>
              <w:rPr>
                <w:rFonts w:asciiTheme="majorHAnsi" w:hAnsiTheme="majorHAnsi" w:cstheme="majorHAnsi"/>
                <w:lang w:val="de-DE"/>
              </w:rPr>
            </w:pPr>
            <w:r w:rsidRPr="00CA3295">
              <w:rPr>
                <w:rFonts w:asciiTheme="majorHAnsi" w:hAnsiTheme="majorHAnsi" w:cstheme="majorHAnsi"/>
                <w:color w:val="5A646E"/>
                <w:sz w:val="19"/>
                <w:lang w:val="de-DE"/>
              </w:rPr>
              <w:t>4</w:t>
            </w:r>
          </w:p>
        </w:tc>
        <w:tc>
          <w:tcPr>
            <w:tcW w:w="8617"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42863D2B" w14:textId="77777777" w:rsidR="00FF6EEB" w:rsidRPr="00CA3295" w:rsidRDefault="00FF6EEB">
            <w:pPr>
              <w:rPr>
                <w:rFonts w:asciiTheme="majorHAnsi" w:hAnsiTheme="majorHAnsi" w:cstheme="majorHAnsi"/>
                <w:lang w:val="de-DE"/>
              </w:rPr>
            </w:pPr>
          </w:p>
        </w:tc>
      </w:tr>
    </w:tbl>
    <w:p w14:paraId="28249F5E" w14:textId="77777777" w:rsidR="00FF6EEB" w:rsidRPr="00CA3295" w:rsidRDefault="008A360B">
      <w:pPr>
        <w:spacing w:before="140"/>
        <w:rPr>
          <w:rFonts w:asciiTheme="majorHAnsi" w:hAnsiTheme="majorHAnsi" w:cstheme="majorHAnsi"/>
          <w:lang w:val="de-DE"/>
        </w:rPr>
      </w:pPr>
      <w:r w:rsidRPr="00CA3295">
        <w:rPr>
          <w:rFonts w:asciiTheme="majorHAnsi" w:hAnsiTheme="majorHAnsi" w:cstheme="majorHAnsi"/>
          <w:b/>
          <w:color w:val="1F4E78"/>
          <w:sz w:val="26"/>
          <w:lang w:val="de-DE"/>
        </w:rPr>
        <w:t>Abschließende Bestätigung</w:t>
      </w:r>
    </w:p>
    <w:tbl>
      <w:tblPr>
        <w:tblW w:w="0" w:type="auto"/>
        <w:jc w:val="center"/>
        <w:tblLayout w:type="fixed"/>
        <w:tblLook w:val="04A0" w:firstRow="1" w:lastRow="0" w:firstColumn="1" w:lastColumn="0" w:noHBand="0" w:noVBand="1"/>
      </w:tblPr>
      <w:tblGrid>
        <w:gridCol w:w="10256"/>
      </w:tblGrid>
      <w:tr w:rsidR="00FF6EEB" w:rsidRPr="00CA3295" w14:paraId="20D33A05" w14:textId="77777777">
        <w:trPr>
          <w:cantSplit/>
          <w:jc w:val="center"/>
        </w:trPr>
        <w:tc>
          <w:tcPr>
            <w:tcW w:w="10256" w:type="dxa"/>
            <w:tcBorders>
              <w:top w:val="single" w:sz="6" w:space="0" w:color="7E9DB9"/>
              <w:left w:val="single" w:sz="6" w:space="0" w:color="7E9DB9"/>
              <w:bottom w:val="single" w:sz="6" w:space="0" w:color="7E9DB9"/>
              <w:right w:val="single" w:sz="6" w:space="0" w:color="7E9DB9"/>
            </w:tcBorders>
            <w:shd w:val="clear" w:color="auto" w:fill="EEF5F9"/>
            <w:tcMar>
              <w:top w:w="80" w:type="dxa"/>
              <w:left w:w="90" w:type="dxa"/>
              <w:bottom w:w="80" w:type="dxa"/>
              <w:right w:w="90" w:type="dxa"/>
            </w:tcMar>
            <w:vAlign w:val="center"/>
          </w:tcPr>
          <w:p w14:paraId="2002A727"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sz w:val="20"/>
                <w:lang w:val="de-DE"/>
              </w:rPr>
              <w:t>Ich bestätige, dass ich die in diesem Portfolio verwendeten Quellen und Hilfsmittel angegeben habe. Mir ist bekannt, dass das Portfolio selbst nicht bewertet wird und ich die Inhalte meiner Präsentation in der Prüfung fachlich vertreten können muss.</w:t>
            </w:r>
          </w:p>
        </w:tc>
      </w:tr>
      <w:tr w:rsidR="00FF6EEB" w:rsidRPr="00CA3295" w14:paraId="6B7DE281" w14:textId="77777777">
        <w:trPr>
          <w:cantSplit/>
          <w:trHeight w:val="708"/>
          <w:jc w:val="center"/>
        </w:trPr>
        <w:tc>
          <w:tcPr>
            <w:tcW w:w="10256" w:type="dxa"/>
            <w:tcBorders>
              <w:top w:val="single" w:sz="6" w:space="0" w:color="7E9DB9"/>
              <w:left w:val="single" w:sz="6" w:space="0" w:color="7E9DB9"/>
              <w:bottom w:val="single" w:sz="6" w:space="0" w:color="7E9DB9"/>
              <w:right w:val="single" w:sz="6" w:space="0" w:color="7E9DB9"/>
            </w:tcBorders>
            <w:tcMar>
              <w:top w:w="80" w:type="dxa"/>
              <w:left w:w="90" w:type="dxa"/>
              <w:bottom w:w="80" w:type="dxa"/>
              <w:right w:w="90" w:type="dxa"/>
            </w:tcMar>
            <w:vAlign w:val="center"/>
          </w:tcPr>
          <w:p w14:paraId="626583CB" w14:textId="77777777" w:rsidR="00FF6EEB" w:rsidRPr="00CA3295" w:rsidRDefault="008A360B">
            <w:pPr>
              <w:spacing w:after="0"/>
              <w:rPr>
                <w:rFonts w:asciiTheme="majorHAnsi" w:hAnsiTheme="majorHAnsi" w:cstheme="majorHAnsi"/>
                <w:lang w:val="de-DE"/>
              </w:rPr>
            </w:pPr>
            <w:r w:rsidRPr="00CA3295">
              <w:rPr>
                <w:rFonts w:asciiTheme="majorHAnsi" w:hAnsiTheme="majorHAnsi" w:cstheme="majorHAnsi"/>
                <w:sz w:val="19"/>
                <w:lang w:val="de-DE"/>
              </w:rPr>
              <w:t>Ort, Datum: ______________________________          Unterschrift Schüler/in: ______________________________</w:t>
            </w:r>
          </w:p>
        </w:tc>
      </w:tr>
    </w:tbl>
    <w:p w14:paraId="57674DF2" w14:textId="77777777" w:rsidR="003144FB" w:rsidRPr="00CA3295" w:rsidRDefault="003144FB">
      <w:pPr>
        <w:rPr>
          <w:rFonts w:asciiTheme="majorHAnsi" w:hAnsiTheme="majorHAnsi" w:cstheme="majorHAnsi"/>
          <w:lang w:val="de-DE"/>
        </w:rPr>
      </w:pPr>
    </w:p>
    <w:sectPr w:rsidR="003144FB" w:rsidRPr="00CA3295" w:rsidSect="00034616">
      <w:headerReference w:type="default" r:id="rId8"/>
      <w:footerReference w:type="default" r:id="rId9"/>
      <w:pgSz w:w="12240" w:h="15840"/>
      <w:pgMar w:top="879" w:right="992" w:bottom="879" w:left="992" w:header="369" w:footer="3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3C765" w14:textId="77777777" w:rsidR="0086785B" w:rsidRDefault="0086785B">
      <w:pPr>
        <w:spacing w:after="0" w:line="240" w:lineRule="auto"/>
        <w:rPr>
          <w:rFonts w:hint="eastAsia"/>
        </w:rPr>
      </w:pPr>
      <w:r>
        <w:separator/>
      </w:r>
    </w:p>
  </w:endnote>
  <w:endnote w:type="continuationSeparator" w:id="0">
    <w:p w14:paraId="62183A62" w14:textId="77777777" w:rsidR="0086785B" w:rsidRDefault="0086785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Arial"/>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D06E4" w14:textId="77777777" w:rsidR="00FF6EEB" w:rsidRPr="00E651D6" w:rsidRDefault="008A360B">
    <w:pPr>
      <w:pStyle w:val="Fuzeile"/>
      <w:jc w:val="center"/>
      <w:rPr>
        <w:rFonts w:hint="eastAsia"/>
        <w:lang w:val="de-DE"/>
      </w:rPr>
    </w:pPr>
    <w:r w:rsidRPr="00E651D6">
      <w:rPr>
        <w:color w:val="5A646E"/>
        <w:sz w:val="17"/>
        <w:lang w:val="de-DE"/>
      </w:rPr>
      <w:t xml:space="preserve">Portfolio-Vorlage · § 53 VOBGM (Fassung ab 1. August 2026) · Seite </w:t>
    </w:r>
    <w:r w:rsidRPr="00E651D6">
      <w:rPr>
        <w:lang w:val="de-DE"/>
      </w:rPr>
      <w:fldChar w:fldCharType="begin"/>
    </w:r>
    <w:r w:rsidRPr="00E651D6">
      <w:rPr>
        <w:lang w:val="de-DE"/>
      </w:rPr>
      <w:instrText xml:space="preserve"> PAGE </w:instrText>
    </w:r>
    <w:r w:rsidRPr="00E651D6">
      <w:rPr>
        <w:lang w:val="de-DE"/>
      </w:rPr>
      <w:fldChar w:fldCharType="separate"/>
    </w:r>
    <w:r w:rsidR="00CA3295" w:rsidRPr="00E651D6">
      <w:rPr>
        <w:noProof/>
        <w:lang w:val="de-DE"/>
      </w:rPr>
      <w:t>1</w:t>
    </w:r>
    <w:r w:rsidRPr="00E651D6">
      <w:rPr>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38401" w14:textId="77777777" w:rsidR="0086785B" w:rsidRDefault="0086785B">
      <w:pPr>
        <w:spacing w:after="0" w:line="240" w:lineRule="auto"/>
        <w:rPr>
          <w:rFonts w:hint="eastAsia"/>
        </w:rPr>
      </w:pPr>
      <w:r>
        <w:separator/>
      </w:r>
    </w:p>
  </w:footnote>
  <w:footnote w:type="continuationSeparator" w:id="0">
    <w:p w14:paraId="17737978" w14:textId="77777777" w:rsidR="0086785B" w:rsidRDefault="0086785B">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C3261" w14:textId="5018847A" w:rsidR="00FF6EEB" w:rsidRPr="00CA3295" w:rsidRDefault="00C92AAE" w:rsidP="00CA3295">
    <w:pPr>
      <w:pStyle w:val="Kopfzeile"/>
      <w:pBdr>
        <w:bottom w:val="single" w:sz="5" w:space="3" w:color="B7C9D6"/>
      </w:pBdr>
      <w:jc w:val="center"/>
      <w:rPr>
        <w:rFonts w:asciiTheme="majorHAnsi" w:hAnsiTheme="majorHAnsi" w:cstheme="majorHAnsi"/>
        <w:lang w:val="de-DE"/>
      </w:rPr>
    </w:pPr>
    <w:r>
      <w:rPr>
        <w:rFonts w:asciiTheme="majorHAnsi" w:hAnsiTheme="majorHAnsi" w:cstheme="majorHAnsi"/>
        <w:b/>
        <w:color w:val="5A646E"/>
        <w:sz w:val="18"/>
        <w:lang w:val="de-DE"/>
      </w:rPr>
      <w:t>Burgwaldschule Frankenberg</w:t>
    </w:r>
    <w:r w:rsidR="008A360B" w:rsidRPr="00CA3295">
      <w:rPr>
        <w:rFonts w:asciiTheme="majorHAnsi" w:hAnsiTheme="majorHAnsi" w:cstheme="majorHAnsi"/>
        <w:color w:val="5A646E"/>
        <w:sz w:val="18"/>
        <w:lang w:val="de-DE"/>
      </w:rPr>
      <w:t xml:space="preserve"> |    Präsentationsprüfung Realschulabschluss </w:t>
    </w:r>
    <w:r>
      <w:rPr>
        <w:rFonts w:asciiTheme="majorHAnsi" w:hAnsiTheme="majorHAnsi" w:cstheme="majorHAnsi"/>
        <w:color w:val="5A646E"/>
        <w:sz w:val="18"/>
        <w:lang w:val="de-DE"/>
      </w:rPr>
      <w:t>Klasse 10</w:t>
    </w:r>
    <w:r w:rsidR="008A360B" w:rsidRPr="00CA3295">
      <w:rPr>
        <w:rFonts w:asciiTheme="majorHAnsi" w:hAnsiTheme="majorHAnsi" w:cstheme="majorHAnsi"/>
        <w:color w:val="5A646E"/>
        <w:sz w:val="18"/>
        <w:lang w:val="de-DE"/>
      </w:rPr>
      <w:t xml:space="preserve">    |    Schuljahr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6407"/>
    <w:rsid w:val="0015074B"/>
    <w:rsid w:val="0029639D"/>
    <w:rsid w:val="003144FB"/>
    <w:rsid w:val="00326F90"/>
    <w:rsid w:val="00696E52"/>
    <w:rsid w:val="0070006A"/>
    <w:rsid w:val="00816049"/>
    <w:rsid w:val="0086785B"/>
    <w:rsid w:val="008A360B"/>
    <w:rsid w:val="00AA1D8D"/>
    <w:rsid w:val="00B47730"/>
    <w:rsid w:val="00C92AAE"/>
    <w:rsid w:val="00CA3295"/>
    <w:rsid w:val="00CB0664"/>
    <w:rsid w:val="00E651D6"/>
    <w:rsid w:val="00FC693F"/>
    <w:rsid w:val="00FF00FB"/>
    <w:rsid w:val="00FF6E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45F41D"/>
  <w14:defaultImageDpi w14:val="300"/>
  <w15:docId w15:val="{738427AF-9648-446F-AEC5-1BA483D69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C693F"/>
    <w:pPr>
      <w:spacing w:after="80" w:line="252" w:lineRule="auto"/>
    </w:pPr>
    <w:rPr>
      <w:rFonts w:ascii="Aptos" w:hAnsi="Aptos"/>
      <w:color w:val="222222"/>
      <w:sz w:val="21"/>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8BA97-6311-4745-8979-EC275A685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594</Words>
  <Characters>3743</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4329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LZU00</cp:lastModifiedBy>
  <cp:revision>2</cp:revision>
  <dcterms:created xsi:type="dcterms:W3CDTF">2026-08-28T08:57:00Z</dcterms:created>
  <dcterms:modified xsi:type="dcterms:W3CDTF">2026-08-28T08:57:00Z</dcterms:modified>
  <cp:category/>
</cp:coreProperties>
</file>